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87C4" w14:textId="77777777" w:rsidR="00DA6135" w:rsidRDefault="00000000">
      <w:pPr>
        <w:jc w:val="center"/>
      </w:pPr>
      <w:r>
        <w:rPr>
          <w:rFonts w:ascii="Aptos Display" w:hAnsi="Aptos Display"/>
          <w:b/>
          <w:sz w:val="44"/>
        </w:rPr>
        <w:t>Tung Jung Association Website Manual</w:t>
      </w:r>
    </w:p>
    <w:p w14:paraId="2BCE40F9" w14:textId="77777777" w:rsidR="00DA6135" w:rsidRDefault="00000000">
      <w:pPr>
        <w:jc w:val="center"/>
      </w:pPr>
      <w:r>
        <w:rPr>
          <w:i/>
          <w:sz w:val="22"/>
        </w:rPr>
        <w:t>GitLab Pages • VuePress • repository anatomy • maintenance • recovery</w:t>
      </w:r>
    </w:p>
    <w:p w14:paraId="229F50F9" w14:textId="77777777" w:rsidR="00DA6135" w:rsidRDefault="00000000">
      <w:proofErr w:type="gramStart"/>
      <w:r>
        <w:t>This manual documents</w:t>
      </w:r>
      <w:proofErr w:type="gramEnd"/>
      <w:r>
        <w:t xml:space="preserve"> where the Tung Jung website files </w:t>
      </w:r>
      <w:proofErr w:type="gramStart"/>
      <w:r>
        <w:t>actually live</w:t>
      </w:r>
      <w:proofErr w:type="gramEnd"/>
      <w:r>
        <w:t>, how VuePress turns them into the public site, how GitLab Pages publishes them, and how to recover or hand over the site without losing the repository.</w:t>
      </w:r>
    </w:p>
    <w:p w14:paraId="28B8774A" w14:textId="314FE091" w:rsidR="00BD632B" w:rsidRDefault="00BD632B">
      <w:r w:rsidRPr="00BD632B">
        <w:rPr>
          <w:b/>
          <w:bCs/>
        </w:rPr>
        <w:t>AI-assisted maintenance:</w:t>
      </w:r>
      <w:r w:rsidRPr="00BD632B">
        <w:t xml:space="preserve"> This manual is written so that it can be uploaded to an AI assistant such as ChatGPT. A maintainer can then ask plain-language questions such as “Where should I put a new newsletter?” or “How do I add a page under History?” and have the answer derived from this documented repository structure.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68354F80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54F222FE" w14:textId="77777777" w:rsidR="00DA6135" w:rsidRDefault="00000000">
            <w:pPr>
              <w:spacing w:after="0"/>
            </w:pPr>
            <w:r>
              <w:rPr>
                <w:b/>
              </w:rPr>
              <w:t xml:space="preserve">Core rule: </w:t>
            </w:r>
            <w:r>
              <w:t>Treat the Git repository as part of the Association archive. A webmaster leaving is an access-transfer event, not a reason to delete the repository.</w:t>
            </w:r>
          </w:p>
        </w:tc>
      </w:tr>
    </w:tbl>
    <w:p w14:paraId="6037CA8C" w14:textId="77777777" w:rsidR="00DA6135" w:rsidRDefault="00000000">
      <w:pPr>
        <w:pStyle w:val="Heading1"/>
      </w:pPr>
      <w:r>
        <w:lastRenderedPageBreak/>
        <w:t>1. The website in one picture</w:t>
      </w:r>
    </w:p>
    <w:p w14:paraId="57625006" w14:textId="77777777" w:rsidR="00DA6135" w:rsidRDefault="00000000">
      <w:pPr>
        <w:pStyle w:val="CodeBlock"/>
        <w:shd w:val="clear" w:color="auto" w:fill="F3F3F3"/>
      </w:pPr>
      <w:r>
        <w:br/>
        <w:t>TUNG JUNG GITLAB REPOSITORY</w:t>
      </w:r>
      <w:r>
        <w:br/>
        <w:t>|</w:t>
      </w:r>
      <w:r>
        <w:br/>
        <w:t>|-- .gitlab-ci.yml                 GitLab build/deploy instructions</w:t>
      </w:r>
      <w:r>
        <w:br/>
        <w:t>|-- package.json                   VuePress commands and dependencies</w:t>
      </w:r>
      <w:r>
        <w:br/>
        <w:t>|-- yarn.lock                      Exact dependency versions</w:t>
      </w:r>
      <w:r>
        <w:br/>
        <w:t>|-- README.md                      Repository notes, not the public homepage</w:t>
      </w:r>
      <w:r>
        <w:br/>
        <w:t>|</w:t>
      </w:r>
      <w:r>
        <w:br/>
        <w:t>|-- scripts/                       Maintenance/data-generation utilities</w:t>
      </w:r>
      <w:r>
        <w:br/>
        <w:t>|   |-- build-tj-portraits.reb</w:t>
      </w:r>
      <w:r>
        <w:br/>
        <w:t>|   |-- create-pdf-tables.reb</w:t>
      </w:r>
      <w:r>
        <w:br/>
        <w:t>|   |-- grab-tj-graves.reb</w:t>
      </w:r>
      <w:r>
        <w:br/>
        <w:t>|   |-- grab-tj-pdfs.reb</w:t>
      </w:r>
      <w:r>
        <w:br/>
        <w:t>|   `-- grab-tj-portraits.reb</w:t>
      </w:r>
      <w:r>
        <w:br/>
        <w:t>|</w:t>
      </w:r>
      <w:r>
        <w:br/>
        <w:t>`-- docs/                          WEBSITE SOURCE</w:t>
      </w:r>
      <w:r>
        <w:br/>
        <w:t xml:space="preserve">    |-- README.md                  HOME PAGE</w:t>
      </w:r>
      <w:r>
        <w:br/>
        <w:t xml:space="preserve">    |-- about/README.md            /about/</w:t>
      </w:r>
      <w:r>
        <w:br/>
        <w:t xml:space="preserve">    |-- calendar/README.md         /calendar/</w:t>
      </w:r>
      <w:r>
        <w:br/>
        <w:t xml:space="preserve">    |-- committee/README.md        /committee/</w:t>
      </w:r>
      <w:r>
        <w:br/>
        <w:t xml:space="preserve">    |-- contact/README.md          /contact/</w:t>
      </w:r>
      <w:r>
        <w:br/>
        <w:t xml:space="preserve">    |-- events/README.md           /events/</w:t>
      </w:r>
      <w:r>
        <w:br/>
        <w:t xml:space="preserve">    |-- genealogy/README.md        /genealogy/</w:t>
      </w:r>
      <w:r>
        <w:br/>
        <w:t xml:space="preserve">    |-- geography/README.md        /geography/</w:t>
      </w:r>
      <w:r>
        <w:br/>
        <w:t xml:space="preserve">    |-- history/README.md          /history/</w:t>
      </w:r>
      <w:r>
        <w:br/>
        <w:t xml:space="preserve">    |-- newsletters/README.md      /newsletters/</w:t>
      </w:r>
      <w:r>
        <w:br/>
        <w:t xml:space="preserve">    |-- people/README.md           /people/</w:t>
      </w:r>
      <w:r>
        <w:br/>
        <w:t xml:space="preserve">    |-- portraits/README.md        /portraits/</w:t>
      </w:r>
      <w:r>
        <w:br/>
        <w:t xml:space="preserve">    |-- social/README.md           /social/</w:t>
      </w:r>
      <w:r>
        <w:br/>
        <w:t xml:space="preserve">    |-- villages/README.md         /villages/</w:t>
      </w:r>
      <w:r>
        <w:br/>
        <w:t xml:space="preserve">    |</w:t>
      </w:r>
      <w:r>
        <w:br/>
        <w:t xml:space="preserve">    `-- .vuepress/</w:t>
      </w:r>
      <w:r>
        <w:br/>
        <w:t xml:space="preserve">        |-- config.js              SITE SETTINGS, NAVIGATION, SIDEBAR</w:t>
      </w:r>
      <w:r>
        <w:br/>
        <w:t xml:space="preserve">        |-- components/            CUSTOM VUE COMPONENTS</w:t>
      </w:r>
      <w:r>
        <w:br/>
        <w:t xml:space="preserve">        `-- public/                STATIC FILES COPIED DIRECTLY TO LIVE SITE</w:t>
      </w:r>
      <w:r>
        <w:br/>
        <w:t xml:space="preserve">            |-- images/</w:t>
      </w:r>
      <w:r>
        <w:br/>
        <w:t xml:space="preserve">            |-- newsletters/assets/</w:t>
      </w:r>
      <w:r>
        <w:br/>
        <w:t xml:space="preserve">            |-- contact/</w:t>
      </w:r>
      <w:r>
        <w:br/>
        <w:t xml:space="preserve">            |-- about/assets/</w:t>
      </w:r>
      <w:r>
        <w:br/>
        <w:t xml:space="preserve">            `-- ...</w:t>
      </w:r>
      <w:r>
        <w:br/>
      </w:r>
      <w:r>
        <w:br/>
        <w:t xml:space="preserve">                        yarn docs:build</w:t>
      </w:r>
      <w:r>
        <w:br/>
        <w:t xml:space="preserve">                               |</w:t>
      </w:r>
      <w:r>
        <w:br/>
        <w:t xml:space="preserve">                               v</w:t>
      </w:r>
      <w:r>
        <w:br/>
        <w:t xml:space="preserve">                         public/</w:t>
      </w:r>
      <w:r>
        <w:br/>
        <w:t xml:space="preserve">                   GENERATED WEBSITE OUTPUT</w:t>
      </w:r>
      <w:r>
        <w:br/>
        <w:t xml:space="preserve">                               |</w:t>
      </w:r>
      <w:r>
        <w:br/>
        <w:t xml:space="preserve">                               v</w:t>
      </w:r>
      <w:r>
        <w:br/>
        <w:t xml:space="preserve">                       GitLab Pages</w:t>
      </w:r>
      <w:r>
        <w:br/>
        <w:t xml:space="preserve">                               |</w:t>
      </w:r>
      <w:r>
        <w:br/>
        <w:t xml:space="preserve">                               v</w:t>
      </w:r>
      <w:r>
        <w:br/>
        <w:t xml:space="preserve">                          tungjung.nz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5BD87576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71A4D6FC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Normally edit files under docs/, docs/.vuepress/config.js, or docs/.vuepress/public/. Do not hand-edit the generated top-level public/ directory.</w:t>
            </w:r>
          </w:p>
        </w:tc>
      </w:tr>
    </w:tbl>
    <w:p w14:paraId="1A1F09B5" w14:textId="77777777" w:rsidR="00DA6135" w:rsidRDefault="00000000">
      <w:pPr>
        <w:pStyle w:val="Heading1"/>
      </w:pPr>
      <w:r>
        <w:t>2. Four different kinds of files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A6135" w14:paraId="79B30E77" w14:textId="77777777">
        <w:trPr>
          <w:cantSplit/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33C4366D" w14:textId="77777777" w:rsidR="00DA6135" w:rsidRDefault="00000000">
            <w:r>
              <w:rPr>
                <w:b/>
              </w:rPr>
              <w:t>Class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0968CCFE" w14:textId="77777777" w:rsidR="00DA6135" w:rsidRDefault="00000000">
            <w:r>
              <w:rPr>
                <w:b/>
              </w:rPr>
              <w:t>Where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148CD423" w14:textId="77777777" w:rsidR="00DA6135" w:rsidRDefault="00000000">
            <w:r>
              <w:rPr>
                <w:b/>
              </w:rPr>
              <w:t>What it does</w:t>
            </w:r>
          </w:p>
        </w:tc>
      </w:tr>
      <w:tr w:rsidR="00DA6135" w14:paraId="333A6B0A" w14:textId="77777777">
        <w:trPr>
          <w:cantSplit/>
          <w:jc w:val="center"/>
        </w:trPr>
        <w:tc>
          <w:tcPr>
            <w:tcW w:w="3400" w:type="dxa"/>
          </w:tcPr>
          <w:p w14:paraId="653EDD92" w14:textId="77777777" w:rsidR="00DA6135" w:rsidRDefault="00000000">
            <w:r>
              <w:t>Repository/build files</w:t>
            </w:r>
          </w:p>
        </w:tc>
        <w:tc>
          <w:tcPr>
            <w:tcW w:w="3400" w:type="dxa"/>
          </w:tcPr>
          <w:p w14:paraId="37C70B12" w14:textId="77777777" w:rsidR="00DA6135" w:rsidRDefault="00000000">
            <w:r>
              <w:t>.gitlab-ci.yml, package.json, yarn.lock</w:t>
            </w:r>
          </w:p>
        </w:tc>
        <w:tc>
          <w:tcPr>
            <w:tcW w:w="3400" w:type="dxa"/>
          </w:tcPr>
          <w:p w14:paraId="6A0093FE" w14:textId="77777777" w:rsidR="00DA6135" w:rsidRDefault="00000000">
            <w:r>
              <w:t>Tell GitLab and VuePress how to build the site.</w:t>
            </w:r>
          </w:p>
        </w:tc>
      </w:tr>
      <w:tr w:rsidR="00DA6135" w14:paraId="4916480C" w14:textId="77777777">
        <w:trPr>
          <w:cantSplit/>
          <w:jc w:val="center"/>
        </w:trPr>
        <w:tc>
          <w:tcPr>
            <w:tcW w:w="3400" w:type="dxa"/>
          </w:tcPr>
          <w:p w14:paraId="63292A75" w14:textId="77777777" w:rsidR="00DA6135" w:rsidRDefault="00000000">
            <w:r>
              <w:lastRenderedPageBreak/>
              <w:t>Markdown pages</w:t>
            </w:r>
          </w:p>
        </w:tc>
        <w:tc>
          <w:tcPr>
            <w:tcW w:w="3400" w:type="dxa"/>
          </w:tcPr>
          <w:p w14:paraId="3D4EC3D0" w14:textId="77777777" w:rsidR="00DA6135" w:rsidRDefault="00000000">
            <w:r>
              <w:t>docs/**/*.md and docs/**/README.md</w:t>
            </w:r>
          </w:p>
        </w:tc>
        <w:tc>
          <w:tcPr>
            <w:tcW w:w="3400" w:type="dxa"/>
          </w:tcPr>
          <w:p w14:paraId="11BADF54" w14:textId="77777777" w:rsidR="00DA6135" w:rsidRDefault="00000000">
            <w:r>
              <w:t>Human-editable page content. VuePress turns these into HTML routes.</w:t>
            </w:r>
          </w:p>
        </w:tc>
      </w:tr>
      <w:tr w:rsidR="00DA6135" w14:paraId="7DCEB594" w14:textId="77777777">
        <w:trPr>
          <w:cantSplit/>
          <w:jc w:val="center"/>
        </w:trPr>
        <w:tc>
          <w:tcPr>
            <w:tcW w:w="3400" w:type="dxa"/>
          </w:tcPr>
          <w:p w14:paraId="76D6C67A" w14:textId="77777777" w:rsidR="00DA6135" w:rsidRDefault="00000000">
            <w:r>
              <w:t>Static assets</w:t>
            </w:r>
          </w:p>
        </w:tc>
        <w:tc>
          <w:tcPr>
            <w:tcW w:w="3400" w:type="dxa"/>
          </w:tcPr>
          <w:p w14:paraId="28893986" w14:textId="77777777" w:rsidR="00DA6135" w:rsidRDefault="00000000">
            <w:r>
              <w:t>docs/.vuepress/public/**</w:t>
            </w:r>
          </w:p>
        </w:tc>
        <w:tc>
          <w:tcPr>
            <w:tcW w:w="3400" w:type="dxa"/>
          </w:tcPr>
          <w:p w14:paraId="33707F41" w14:textId="77777777" w:rsidR="00DA6135" w:rsidRDefault="00000000">
            <w:r>
              <w:t>PDFs, images, forms and other downloads copied unchanged to the live site.</w:t>
            </w:r>
          </w:p>
        </w:tc>
      </w:tr>
      <w:tr w:rsidR="00DA6135" w14:paraId="2B11CE2E" w14:textId="77777777">
        <w:trPr>
          <w:cantSplit/>
          <w:jc w:val="center"/>
        </w:trPr>
        <w:tc>
          <w:tcPr>
            <w:tcW w:w="3400" w:type="dxa"/>
          </w:tcPr>
          <w:p w14:paraId="7E18EE37" w14:textId="77777777" w:rsidR="00DA6135" w:rsidRDefault="00000000">
            <w:r>
              <w:t>Generated output</w:t>
            </w:r>
          </w:p>
        </w:tc>
        <w:tc>
          <w:tcPr>
            <w:tcW w:w="3400" w:type="dxa"/>
          </w:tcPr>
          <w:p w14:paraId="1D77B323" w14:textId="77777777" w:rsidR="00DA6135" w:rsidRDefault="00000000">
            <w:r>
              <w:t>public/** after yarn docs:build</w:t>
            </w:r>
          </w:p>
        </w:tc>
        <w:tc>
          <w:tcPr>
            <w:tcW w:w="3400" w:type="dxa"/>
          </w:tcPr>
          <w:p w14:paraId="142002A2" w14:textId="77777777" w:rsidR="00DA6135" w:rsidRDefault="00000000">
            <w:r>
              <w:t>HTML, CSS, JavaScript and copied static assets. Generated; do not maintain manually.</w:t>
            </w:r>
          </w:p>
        </w:tc>
      </w:tr>
    </w:tbl>
    <w:p w14:paraId="651F7F91" w14:textId="77777777" w:rsidR="00DA6135" w:rsidRDefault="00000000">
      <w:pPr>
        <w:pStyle w:val="Heading1"/>
      </w:pPr>
      <w:r>
        <w:t>3. How Markdown file paths become website URLs</w:t>
      </w:r>
    </w:p>
    <w:p w14:paraId="046DDB1C" w14:textId="77777777" w:rsidR="00DA6135" w:rsidRDefault="00000000">
      <w:r>
        <w:t>VuePress treats README.md inside a directory as that directory's index page. Other .md files become their own routes.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A6135" w14:paraId="41ACD9D0" w14:textId="77777777">
        <w:trPr>
          <w:cantSplit/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057B7733" w14:textId="77777777" w:rsidR="00DA6135" w:rsidRDefault="00000000">
            <w:r>
              <w:rPr>
                <w:b/>
              </w:rPr>
              <w:t>Source file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6C989194" w14:textId="77777777" w:rsidR="00DA6135" w:rsidRDefault="00000000">
            <w:r>
              <w:rPr>
                <w:b/>
              </w:rPr>
              <w:t>Public route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3415C17E" w14:textId="77777777" w:rsidR="00DA6135" w:rsidRDefault="00000000">
            <w:r>
              <w:rPr>
                <w:b/>
              </w:rPr>
              <w:t>Purpose</w:t>
            </w:r>
          </w:p>
        </w:tc>
      </w:tr>
      <w:tr w:rsidR="00DA6135" w14:paraId="4DC5C7C7" w14:textId="77777777">
        <w:trPr>
          <w:cantSplit/>
          <w:jc w:val="center"/>
        </w:trPr>
        <w:tc>
          <w:tcPr>
            <w:tcW w:w="3400" w:type="dxa"/>
          </w:tcPr>
          <w:p w14:paraId="1F2CCEA4" w14:textId="77777777" w:rsidR="00DA6135" w:rsidRDefault="00000000">
            <w:r>
              <w:t>docs/README.md</w:t>
            </w:r>
          </w:p>
        </w:tc>
        <w:tc>
          <w:tcPr>
            <w:tcW w:w="3400" w:type="dxa"/>
          </w:tcPr>
          <w:p w14:paraId="15002766" w14:textId="77777777" w:rsidR="00DA6135" w:rsidRDefault="00000000">
            <w:r>
              <w:t>/</w:t>
            </w:r>
          </w:p>
        </w:tc>
        <w:tc>
          <w:tcPr>
            <w:tcW w:w="3400" w:type="dxa"/>
          </w:tcPr>
          <w:p w14:paraId="41F421E9" w14:textId="77777777" w:rsidR="00DA6135" w:rsidRDefault="00000000">
            <w:r>
              <w:t>Home page</w:t>
            </w:r>
          </w:p>
        </w:tc>
      </w:tr>
      <w:tr w:rsidR="00DA6135" w14:paraId="69E6D3ED" w14:textId="77777777">
        <w:trPr>
          <w:cantSplit/>
          <w:jc w:val="center"/>
        </w:trPr>
        <w:tc>
          <w:tcPr>
            <w:tcW w:w="3400" w:type="dxa"/>
          </w:tcPr>
          <w:p w14:paraId="378DF8DB" w14:textId="77777777" w:rsidR="00DA6135" w:rsidRDefault="00000000">
            <w:r>
              <w:t>docs/about/README.md</w:t>
            </w:r>
          </w:p>
        </w:tc>
        <w:tc>
          <w:tcPr>
            <w:tcW w:w="3400" w:type="dxa"/>
          </w:tcPr>
          <w:p w14:paraId="5C90C20C" w14:textId="77777777" w:rsidR="00DA6135" w:rsidRDefault="00000000">
            <w:r>
              <w:t>/about/</w:t>
            </w:r>
          </w:p>
        </w:tc>
        <w:tc>
          <w:tcPr>
            <w:tcW w:w="3400" w:type="dxa"/>
          </w:tcPr>
          <w:p w14:paraId="3871340E" w14:textId="77777777" w:rsidR="00DA6135" w:rsidRDefault="00000000">
            <w:r>
              <w:t>About</w:t>
            </w:r>
          </w:p>
        </w:tc>
      </w:tr>
      <w:tr w:rsidR="00DA6135" w14:paraId="79417A6C" w14:textId="77777777">
        <w:trPr>
          <w:cantSplit/>
          <w:jc w:val="center"/>
        </w:trPr>
        <w:tc>
          <w:tcPr>
            <w:tcW w:w="3400" w:type="dxa"/>
          </w:tcPr>
          <w:p w14:paraId="575D18F1" w14:textId="77777777" w:rsidR="00DA6135" w:rsidRDefault="00000000">
            <w:r>
              <w:t>docs/calendar/README.md</w:t>
            </w:r>
          </w:p>
        </w:tc>
        <w:tc>
          <w:tcPr>
            <w:tcW w:w="3400" w:type="dxa"/>
          </w:tcPr>
          <w:p w14:paraId="2992BA55" w14:textId="77777777" w:rsidR="00DA6135" w:rsidRDefault="00000000">
            <w:r>
              <w:t>/calendar/</w:t>
            </w:r>
          </w:p>
        </w:tc>
        <w:tc>
          <w:tcPr>
            <w:tcW w:w="3400" w:type="dxa"/>
          </w:tcPr>
          <w:p w14:paraId="7D030E1D" w14:textId="77777777" w:rsidR="00DA6135" w:rsidRDefault="00000000">
            <w:r>
              <w:t>Calendar landing page</w:t>
            </w:r>
          </w:p>
        </w:tc>
      </w:tr>
      <w:tr w:rsidR="00DA6135" w14:paraId="5C03B9A7" w14:textId="77777777">
        <w:trPr>
          <w:cantSplit/>
          <w:jc w:val="center"/>
        </w:trPr>
        <w:tc>
          <w:tcPr>
            <w:tcW w:w="3400" w:type="dxa"/>
          </w:tcPr>
          <w:p w14:paraId="6002863B" w14:textId="77777777" w:rsidR="00DA6135" w:rsidRDefault="00000000">
            <w:r>
              <w:t>docs/calendar/Chinese-classes.md</w:t>
            </w:r>
          </w:p>
        </w:tc>
        <w:tc>
          <w:tcPr>
            <w:tcW w:w="3400" w:type="dxa"/>
          </w:tcPr>
          <w:p w14:paraId="5BE46F28" w14:textId="77777777" w:rsidR="00DA6135" w:rsidRDefault="00000000">
            <w:r>
              <w:t>/calendar/Chinese-classes.html (or clean route depending on VuePress)</w:t>
            </w:r>
          </w:p>
        </w:tc>
        <w:tc>
          <w:tcPr>
            <w:tcW w:w="3400" w:type="dxa"/>
          </w:tcPr>
          <w:p w14:paraId="658936AF" w14:textId="77777777" w:rsidR="00DA6135" w:rsidRDefault="00000000">
            <w:r>
              <w:t>Chinese classes</w:t>
            </w:r>
          </w:p>
        </w:tc>
      </w:tr>
      <w:tr w:rsidR="00DA6135" w14:paraId="671656D3" w14:textId="77777777">
        <w:trPr>
          <w:cantSplit/>
          <w:jc w:val="center"/>
        </w:trPr>
        <w:tc>
          <w:tcPr>
            <w:tcW w:w="3400" w:type="dxa"/>
          </w:tcPr>
          <w:p w14:paraId="15F632F5" w14:textId="77777777" w:rsidR="00DA6135" w:rsidRDefault="00000000">
            <w:r>
              <w:t>docs/genealogy/karori-cemetery.md</w:t>
            </w:r>
          </w:p>
        </w:tc>
        <w:tc>
          <w:tcPr>
            <w:tcW w:w="3400" w:type="dxa"/>
          </w:tcPr>
          <w:p w14:paraId="210D9B13" w14:textId="77777777" w:rsidR="00DA6135" w:rsidRDefault="00000000">
            <w:r>
              <w:t>/genealogy/karori-cemetery.html</w:t>
            </w:r>
          </w:p>
        </w:tc>
        <w:tc>
          <w:tcPr>
            <w:tcW w:w="3400" w:type="dxa"/>
          </w:tcPr>
          <w:p w14:paraId="2202F8FA" w14:textId="77777777" w:rsidR="00DA6135" w:rsidRDefault="00000000">
            <w:r>
              <w:t>Karori cemetery page</w:t>
            </w:r>
          </w:p>
        </w:tc>
      </w:tr>
      <w:tr w:rsidR="00DA6135" w14:paraId="65D385D9" w14:textId="77777777">
        <w:trPr>
          <w:cantSplit/>
          <w:jc w:val="center"/>
        </w:trPr>
        <w:tc>
          <w:tcPr>
            <w:tcW w:w="3400" w:type="dxa"/>
          </w:tcPr>
          <w:p w14:paraId="5F0DCBD8" w14:textId="77777777" w:rsidR="00DA6135" w:rsidRDefault="00000000">
            <w:r>
              <w:t>docs/social/china-trip-2020.md</w:t>
            </w:r>
          </w:p>
        </w:tc>
        <w:tc>
          <w:tcPr>
            <w:tcW w:w="3400" w:type="dxa"/>
          </w:tcPr>
          <w:p w14:paraId="2F520C97" w14:textId="77777777" w:rsidR="00DA6135" w:rsidRDefault="00000000">
            <w:r>
              <w:t>/social/china-trip-2020.html</w:t>
            </w:r>
          </w:p>
        </w:tc>
        <w:tc>
          <w:tcPr>
            <w:tcW w:w="3400" w:type="dxa"/>
          </w:tcPr>
          <w:p w14:paraId="79B9BEA4" w14:textId="77777777" w:rsidR="00DA6135" w:rsidRDefault="00000000">
            <w:r>
              <w:t>China trip page</w:t>
            </w:r>
          </w:p>
        </w:tc>
      </w:tr>
      <w:tr w:rsidR="00DA6135" w14:paraId="6220DB07" w14:textId="77777777">
        <w:trPr>
          <w:cantSplit/>
          <w:jc w:val="center"/>
        </w:trPr>
        <w:tc>
          <w:tcPr>
            <w:tcW w:w="3400" w:type="dxa"/>
          </w:tcPr>
          <w:p w14:paraId="7EC2C1CD" w14:textId="77777777" w:rsidR="00DA6135" w:rsidRDefault="00000000">
            <w:r>
              <w:t>docs/villages/sungai.md</w:t>
            </w:r>
          </w:p>
        </w:tc>
        <w:tc>
          <w:tcPr>
            <w:tcW w:w="3400" w:type="dxa"/>
          </w:tcPr>
          <w:p w14:paraId="1091CBDD" w14:textId="77777777" w:rsidR="00DA6135" w:rsidRDefault="00000000">
            <w:r>
              <w:t>/villages/sungai.html</w:t>
            </w:r>
          </w:p>
        </w:tc>
        <w:tc>
          <w:tcPr>
            <w:tcW w:w="3400" w:type="dxa"/>
          </w:tcPr>
          <w:p w14:paraId="44469076" w14:textId="77777777" w:rsidR="00DA6135" w:rsidRDefault="00000000">
            <w:r>
              <w:t>Sungai village page</w:t>
            </w:r>
          </w:p>
        </w:tc>
      </w:tr>
      <w:tr w:rsidR="00DA6135" w14:paraId="2AF021E8" w14:textId="77777777">
        <w:trPr>
          <w:cantSplit/>
          <w:jc w:val="center"/>
        </w:trPr>
        <w:tc>
          <w:tcPr>
            <w:tcW w:w="3400" w:type="dxa"/>
          </w:tcPr>
          <w:p w14:paraId="217F856B" w14:textId="77777777" w:rsidR="00DA6135" w:rsidRDefault="00000000">
            <w:r>
              <w:t>docs/book/index.md</w:t>
            </w:r>
          </w:p>
        </w:tc>
        <w:tc>
          <w:tcPr>
            <w:tcW w:w="3400" w:type="dxa"/>
          </w:tcPr>
          <w:p w14:paraId="342E2699" w14:textId="77777777" w:rsidR="00DA6135" w:rsidRDefault="00000000">
            <w:r>
              <w:t>/book/index.html</w:t>
            </w:r>
          </w:p>
        </w:tc>
        <w:tc>
          <w:tcPr>
            <w:tcW w:w="3400" w:type="dxa"/>
          </w:tcPr>
          <w:p w14:paraId="698B956B" w14:textId="77777777" w:rsidR="00DA6135" w:rsidRDefault="00000000">
            <w:r>
              <w:t>Book page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2AA786B6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59519AAB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Sidebar and navigation entries in config.js must point to real pages. An inherited or deleted page can make older VuePress fail during static HTML rendering.</w:t>
            </w:r>
          </w:p>
        </w:tc>
      </w:tr>
    </w:tbl>
    <w:p w14:paraId="77E7BFDE" w14:textId="77777777" w:rsidR="00DA6135" w:rsidRDefault="00000000">
      <w:pPr>
        <w:pStyle w:val="Heading1"/>
      </w:pPr>
      <w:r>
        <w:t>4. Current Tung Jung content sections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A6135" w14:paraId="77FFB120" w14:textId="77777777">
        <w:trPr>
          <w:cantSplit/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10B899FE" w14:textId="77777777" w:rsidR="00DA6135" w:rsidRDefault="00000000">
            <w:r>
              <w:rPr>
                <w:b/>
              </w:rPr>
              <w:t>Section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14F85FF2" w14:textId="77777777" w:rsidR="00DA6135" w:rsidRDefault="00000000">
            <w:r>
              <w:rPr>
                <w:b/>
              </w:rPr>
              <w:t>Markdown source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17858302" w14:textId="77777777" w:rsidR="00DA6135" w:rsidRDefault="00000000">
            <w:r>
              <w:rPr>
                <w:b/>
              </w:rPr>
              <w:t>Role</w:t>
            </w:r>
          </w:p>
        </w:tc>
      </w:tr>
      <w:tr w:rsidR="00DA6135" w14:paraId="43B7C1D3" w14:textId="77777777">
        <w:trPr>
          <w:cantSplit/>
          <w:jc w:val="center"/>
        </w:trPr>
        <w:tc>
          <w:tcPr>
            <w:tcW w:w="3400" w:type="dxa"/>
          </w:tcPr>
          <w:p w14:paraId="273B0AD1" w14:textId="77777777" w:rsidR="00DA6135" w:rsidRDefault="00000000">
            <w:r>
              <w:t>about</w:t>
            </w:r>
          </w:p>
        </w:tc>
        <w:tc>
          <w:tcPr>
            <w:tcW w:w="3400" w:type="dxa"/>
          </w:tcPr>
          <w:p w14:paraId="1F1AC6E0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614C35C5" w14:textId="77777777" w:rsidR="00DA6135" w:rsidRDefault="00000000">
            <w:r>
              <w:t>Association information</w:t>
            </w:r>
          </w:p>
        </w:tc>
      </w:tr>
      <w:tr w:rsidR="00DA6135" w14:paraId="5802320C" w14:textId="77777777">
        <w:trPr>
          <w:cantSplit/>
          <w:jc w:val="center"/>
        </w:trPr>
        <w:tc>
          <w:tcPr>
            <w:tcW w:w="3400" w:type="dxa"/>
          </w:tcPr>
          <w:p w14:paraId="7B938DC5" w14:textId="77777777" w:rsidR="00DA6135" w:rsidRDefault="00000000">
            <w:r>
              <w:t>book</w:t>
            </w:r>
          </w:p>
        </w:tc>
        <w:tc>
          <w:tcPr>
            <w:tcW w:w="3400" w:type="dxa"/>
          </w:tcPr>
          <w:p w14:paraId="66B2C1C4" w14:textId="77777777" w:rsidR="00DA6135" w:rsidRDefault="00000000">
            <w:r>
              <w:t>index.md</w:t>
            </w:r>
          </w:p>
        </w:tc>
        <w:tc>
          <w:tcPr>
            <w:tcW w:w="3400" w:type="dxa"/>
          </w:tcPr>
          <w:p w14:paraId="72C05823" w14:textId="77777777" w:rsidR="00DA6135" w:rsidRDefault="00000000">
            <w:r>
              <w:t>Book material</w:t>
            </w:r>
          </w:p>
        </w:tc>
      </w:tr>
      <w:tr w:rsidR="00DA6135" w14:paraId="10DDA2FA" w14:textId="77777777">
        <w:trPr>
          <w:cantSplit/>
          <w:jc w:val="center"/>
        </w:trPr>
        <w:tc>
          <w:tcPr>
            <w:tcW w:w="3400" w:type="dxa"/>
          </w:tcPr>
          <w:p w14:paraId="6746CF99" w14:textId="77777777" w:rsidR="00DA6135" w:rsidRDefault="00000000">
            <w:r>
              <w:t>calendar</w:t>
            </w:r>
          </w:p>
        </w:tc>
        <w:tc>
          <w:tcPr>
            <w:tcW w:w="3400" w:type="dxa"/>
          </w:tcPr>
          <w:p w14:paraId="2297073C" w14:textId="77777777" w:rsidR="00DA6135" w:rsidRDefault="00000000">
            <w:r>
              <w:t>README.md + Chinese classes, 2020-2022 calendars, NZCA</w:t>
            </w:r>
          </w:p>
        </w:tc>
        <w:tc>
          <w:tcPr>
            <w:tcW w:w="3400" w:type="dxa"/>
          </w:tcPr>
          <w:p w14:paraId="16FD5CCB" w14:textId="77777777" w:rsidR="00DA6135" w:rsidRDefault="00000000">
            <w:r>
              <w:t>Calendar/history</w:t>
            </w:r>
          </w:p>
        </w:tc>
      </w:tr>
      <w:tr w:rsidR="00DA6135" w14:paraId="19019735" w14:textId="77777777">
        <w:trPr>
          <w:cantSplit/>
          <w:jc w:val="center"/>
        </w:trPr>
        <w:tc>
          <w:tcPr>
            <w:tcW w:w="3400" w:type="dxa"/>
          </w:tcPr>
          <w:p w14:paraId="21C21262" w14:textId="77777777" w:rsidR="00DA6135" w:rsidRDefault="00000000">
            <w:r>
              <w:t>committee</w:t>
            </w:r>
          </w:p>
        </w:tc>
        <w:tc>
          <w:tcPr>
            <w:tcW w:w="3400" w:type="dxa"/>
          </w:tcPr>
          <w:p w14:paraId="2D4810F8" w14:textId="77777777" w:rsidR="00DA6135" w:rsidRDefault="00000000">
            <w:r>
              <w:t>README.md + committee material</w:t>
            </w:r>
          </w:p>
        </w:tc>
        <w:tc>
          <w:tcPr>
            <w:tcW w:w="3400" w:type="dxa"/>
          </w:tcPr>
          <w:p w14:paraId="40BFCBFE" w14:textId="77777777" w:rsidR="00DA6135" w:rsidRDefault="00000000">
            <w:r>
              <w:t>Committee</w:t>
            </w:r>
          </w:p>
        </w:tc>
      </w:tr>
      <w:tr w:rsidR="00DA6135" w14:paraId="6FB6B8FF" w14:textId="77777777">
        <w:trPr>
          <w:cantSplit/>
          <w:jc w:val="center"/>
        </w:trPr>
        <w:tc>
          <w:tcPr>
            <w:tcW w:w="3400" w:type="dxa"/>
          </w:tcPr>
          <w:p w14:paraId="6D128E1D" w14:textId="77777777" w:rsidR="00DA6135" w:rsidRDefault="00000000">
            <w:r>
              <w:t>contact</w:t>
            </w:r>
          </w:p>
        </w:tc>
        <w:tc>
          <w:tcPr>
            <w:tcW w:w="3400" w:type="dxa"/>
          </w:tcPr>
          <w:p w14:paraId="7BE2E1C6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49FC50DB" w14:textId="77777777" w:rsidR="00DA6135" w:rsidRDefault="00000000">
            <w:r>
              <w:t>Contact and membership links</w:t>
            </w:r>
          </w:p>
        </w:tc>
      </w:tr>
      <w:tr w:rsidR="00DA6135" w14:paraId="121B3F19" w14:textId="77777777">
        <w:trPr>
          <w:cantSplit/>
          <w:jc w:val="center"/>
        </w:trPr>
        <w:tc>
          <w:tcPr>
            <w:tcW w:w="3400" w:type="dxa"/>
          </w:tcPr>
          <w:p w14:paraId="4FE40DDD" w14:textId="77777777" w:rsidR="00DA6135" w:rsidRDefault="00000000">
            <w:r>
              <w:t>covid-19</w:t>
            </w:r>
          </w:p>
        </w:tc>
        <w:tc>
          <w:tcPr>
            <w:tcW w:w="3400" w:type="dxa"/>
          </w:tcPr>
          <w:p w14:paraId="7AF4C19B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1AB44DD9" w14:textId="77777777" w:rsidR="00DA6135" w:rsidRDefault="00000000">
            <w:r>
              <w:t>Historic COVID-19 material</w:t>
            </w:r>
          </w:p>
        </w:tc>
      </w:tr>
      <w:tr w:rsidR="00DA6135" w14:paraId="56592517" w14:textId="77777777">
        <w:trPr>
          <w:cantSplit/>
          <w:jc w:val="center"/>
        </w:trPr>
        <w:tc>
          <w:tcPr>
            <w:tcW w:w="3400" w:type="dxa"/>
          </w:tcPr>
          <w:p w14:paraId="3A505D93" w14:textId="77777777" w:rsidR="00DA6135" w:rsidRDefault="00000000">
            <w:r>
              <w:t>events</w:t>
            </w:r>
          </w:p>
        </w:tc>
        <w:tc>
          <w:tcPr>
            <w:tcW w:w="3400" w:type="dxa"/>
          </w:tcPr>
          <w:p w14:paraId="3822B2C9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26318F74" w14:textId="77777777" w:rsidR="00DA6135" w:rsidRDefault="00000000">
            <w:r>
              <w:t>Events</w:t>
            </w:r>
          </w:p>
        </w:tc>
      </w:tr>
      <w:tr w:rsidR="00DA6135" w14:paraId="7AFB99E8" w14:textId="77777777">
        <w:trPr>
          <w:cantSplit/>
          <w:jc w:val="center"/>
        </w:trPr>
        <w:tc>
          <w:tcPr>
            <w:tcW w:w="3400" w:type="dxa"/>
          </w:tcPr>
          <w:p w14:paraId="34F0B5ED" w14:textId="77777777" w:rsidR="00DA6135" w:rsidRDefault="00000000">
            <w:r>
              <w:t>games</w:t>
            </w:r>
          </w:p>
        </w:tc>
        <w:tc>
          <w:tcPr>
            <w:tcW w:w="3400" w:type="dxa"/>
          </w:tcPr>
          <w:p w14:paraId="11802562" w14:textId="77777777" w:rsidR="00DA6135" w:rsidRDefault="00000000">
            <w:r>
              <w:t>README.md + wbc.md</w:t>
            </w:r>
          </w:p>
        </w:tc>
        <w:tc>
          <w:tcPr>
            <w:tcW w:w="3400" w:type="dxa"/>
          </w:tcPr>
          <w:p w14:paraId="7C26E3BC" w14:textId="77777777" w:rsidR="00DA6135" w:rsidRDefault="00000000">
            <w:r>
              <w:t>Games / WBC</w:t>
            </w:r>
          </w:p>
        </w:tc>
      </w:tr>
      <w:tr w:rsidR="00DA6135" w14:paraId="17B45510" w14:textId="77777777">
        <w:trPr>
          <w:cantSplit/>
          <w:jc w:val="center"/>
        </w:trPr>
        <w:tc>
          <w:tcPr>
            <w:tcW w:w="3400" w:type="dxa"/>
          </w:tcPr>
          <w:p w14:paraId="214C47CD" w14:textId="77777777" w:rsidR="00DA6135" w:rsidRDefault="00000000">
            <w:r>
              <w:t>genealogy</w:t>
            </w:r>
          </w:p>
        </w:tc>
        <w:tc>
          <w:tcPr>
            <w:tcW w:w="3400" w:type="dxa"/>
          </w:tcPr>
          <w:p w14:paraId="066B5A52" w14:textId="77777777" w:rsidR="00DA6135" w:rsidRDefault="00000000">
            <w:r>
              <w:t>README.md + karori-cemetery.md</w:t>
            </w:r>
          </w:p>
        </w:tc>
        <w:tc>
          <w:tcPr>
            <w:tcW w:w="3400" w:type="dxa"/>
          </w:tcPr>
          <w:p w14:paraId="5F749CE8" w14:textId="77777777" w:rsidR="00DA6135" w:rsidRDefault="00000000">
            <w:r>
              <w:t>Genealogy and cemetery</w:t>
            </w:r>
          </w:p>
        </w:tc>
      </w:tr>
      <w:tr w:rsidR="00DA6135" w14:paraId="0774FEC1" w14:textId="77777777">
        <w:trPr>
          <w:cantSplit/>
          <w:jc w:val="center"/>
        </w:trPr>
        <w:tc>
          <w:tcPr>
            <w:tcW w:w="3400" w:type="dxa"/>
          </w:tcPr>
          <w:p w14:paraId="7C30060C" w14:textId="77777777" w:rsidR="00DA6135" w:rsidRDefault="00000000">
            <w:r>
              <w:t>geography</w:t>
            </w:r>
          </w:p>
        </w:tc>
        <w:tc>
          <w:tcPr>
            <w:tcW w:w="3400" w:type="dxa"/>
          </w:tcPr>
          <w:p w14:paraId="59650640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13ADA3E3" w14:textId="77777777" w:rsidR="00DA6135" w:rsidRDefault="00000000">
            <w:r>
              <w:t>Geography</w:t>
            </w:r>
          </w:p>
        </w:tc>
      </w:tr>
      <w:tr w:rsidR="00DA6135" w14:paraId="281FDB50" w14:textId="77777777">
        <w:trPr>
          <w:cantSplit/>
          <w:jc w:val="center"/>
        </w:trPr>
        <w:tc>
          <w:tcPr>
            <w:tcW w:w="3400" w:type="dxa"/>
          </w:tcPr>
          <w:p w14:paraId="2E5DE9F0" w14:textId="77777777" w:rsidR="00DA6135" w:rsidRDefault="00000000">
            <w:r>
              <w:t>history</w:t>
            </w:r>
          </w:p>
        </w:tc>
        <w:tc>
          <w:tcPr>
            <w:tcW w:w="3400" w:type="dxa"/>
          </w:tcPr>
          <w:p w14:paraId="63E45C06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4AAB4917" w14:textId="77777777" w:rsidR="00DA6135" w:rsidRDefault="00000000">
            <w:r>
              <w:t>History</w:t>
            </w:r>
          </w:p>
        </w:tc>
      </w:tr>
      <w:tr w:rsidR="00DA6135" w14:paraId="1D8AC956" w14:textId="77777777">
        <w:trPr>
          <w:cantSplit/>
          <w:jc w:val="center"/>
        </w:trPr>
        <w:tc>
          <w:tcPr>
            <w:tcW w:w="3400" w:type="dxa"/>
          </w:tcPr>
          <w:p w14:paraId="692D4B60" w14:textId="77777777" w:rsidR="00DA6135" w:rsidRDefault="00000000">
            <w:r>
              <w:t>library</w:t>
            </w:r>
          </w:p>
        </w:tc>
        <w:tc>
          <w:tcPr>
            <w:tcW w:w="3400" w:type="dxa"/>
          </w:tcPr>
          <w:p w14:paraId="09B18E60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7BAFACF2" w14:textId="77777777" w:rsidR="00DA6135" w:rsidRDefault="00000000">
            <w:r>
              <w:t>Library</w:t>
            </w:r>
          </w:p>
        </w:tc>
      </w:tr>
      <w:tr w:rsidR="00DA6135" w14:paraId="2A8D13BA" w14:textId="77777777">
        <w:trPr>
          <w:cantSplit/>
          <w:jc w:val="center"/>
        </w:trPr>
        <w:tc>
          <w:tcPr>
            <w:tcW w:w="3400" w:type="dxa"/>
          </w:tcPr>
          <w:p w14:paraId="705AA0CF" w14:textId="77777777" w:rsidR="00DA6135" w:rsidRDefault="00000000">
            <w:r>
              <w:t>newsletters</w:t>
            </w:r>
          </w:p>
        </w:tc>
        <w:tc>
          <w:tcPr>
            <w:tcW w:w="3400" w:type="dxa"/>
          </w:tcPr>
          <w:p w14:paraId="5FD82AB8" w14:textId="77777777" w:rsidR="00DA6135" w:rsidRDefault="00000000">
            <w:r>
              <w:t>README.md</w:t>
            </w:r>
          </w:p>
        </w:tc>
        <w:tc>
          <w:tcPr>
            <w:tcW w:w="3400" w:type="dxa"/>
          </w:tcPr>
          <w:p w14:paraId="02EBC910" w14:textId="77777777" w:rsidR="00DA6135" w:rsidRDefault="00000000">
            <w:r>
              <w:t>Newsletter index</w:t>
            </w:r>
          </w:p>
        </w:tc>
      </w:tr>
      <w:tr w:rsidR="00DA6135" w14:paraId="1AD437FC" w14:textId="77777777">
        <w:trPr>
          <w:cantSplit/>
          <w:jc w:val="center"/>
        </w:trPr>
        <w:tc>
          <w:tcPr>
            <w:tcW w:w="3400" w:type="dxa"/>
          </w:tcPr>
          <w:p w14:paraId="013A80CC" w14:textId="77777777" w:rsidR="00DA6135" w:rsidRDefault="00000000">
            <w:r>
              <w:t>obituaries</w:t>
            </w:r>
          </w:p>
        </w:tc>
        <w:tc>
          <w:tcPr>
            <w:tcW w:w="3400" w:type="dxa"/>
          </w:tcPr>
          <w:p w14:paraId="3C6BBB65" w14:textId="77777777" w:rsidR="00DA6135" w:rsidRDefault="00000000">
            <w:r>
              <w:t>readme.md + obits/*.md</w:t>
            </w:r>
          </w:p>
        </w:tc>
        <w:tc>
          <w:tcPr>
            <w:tcW w:w="3400" w:type="dxa"/>
          </w:tcPr>
          <w:p w14:paraId="0C00EEC2" w14:textId="77777777" w:rsidR="00DA6135" w:rsidRDefault="00000000">
            <w:r>
              <w:t>Obituaries</w:t>
            </w:r>
          </w:p>
        </w:tc>
      </w:tr>
      <w:tr w:rsidR="00DA6135" w14:paraId="64EBD658" w14:textId="77777777">
        <w:trPr>
          <w:cantSplit/>
          <w:jc w:val="center"/>
        </w:trPr>
        <w:tc>
          <w:tcPr>
            <w:tcW w:w="3400" w:type="dxa"/>
          </w:tcPr>
          <w:p w14:paraId="5A74782A" w14:textId="77777777" w:rsidR="00DA6135" w:rsidRDefault="00000000">
            <w:r>
              <w:t>people</w:t>
            </w:r>
          </w:p>
        </w:tc>
        <w:tc>
          <w:tcPr>
            <w:tcW w:w="3400" w:type="dxa"/>
          </w:tcPr>
          <w:p w14:paraId="4132D73F" w14:textId="77777777" w:rsidR="00DA6135" w:rsidRDefault="00000000">
            <w:r>
              <w:t>README.md + many individual people pages</w:t>
            </w:r>
          </w:p>
        </w:tc>
        <w:tc>
          <w:tcPr>
            <w:tcW w:w="3400" w:type="dxa"/>
          </w:tcPr>
          <w:p w14:paraId="56786C9E" w14:textId="77777777" w:rsidR="00DA6135" w:rsidRDefault="00000000">
            <w:r>
              <w:t>Biographical pages</w:t>
            </w:r>
          </w:p>
        </w:tc>
      </w:tr>
      <w:tr w:rsidR="00DA6135" w14:paraId="38B2C598" w14:textId="77777777">
        <w:trPr>
          <w:cantSplit/>
          <w:jc w:val="center"/>
        </w:trPr>
        <w:tc>
          <w:tcPr>
            <w:tcW w:w="3400" w:type="dxa"/>
          </w:tcPr>
          <w:p w14:paraId="468ACBDB" w14:textId="77777777" w:rsidR="00DA6135" w:rsidRDefault="00000000">
            <w:r>
              <w:t>portraits</w:t>
            </w:r>
          </w:p>
        </w:tc>
        <w:tc>
          <w:tcPr>
            <w:tcW w:w="3400" w:type="dxa"/>
          </w:tcPr>
          <w:p w14:paraId="55BB5AE3" w14:textId="77777777" w:rsidR="00DA6135" w:rsidRDefault="00000000">
            <w:r>
              <w:t>README.md, README2.md, people/*.md, possibles.md</w:t>
            </w:r>
          </w:p>
        </w:tc>
        <w:tc>
          <w:tcPr>
            <w:tcW w:w="3400" w:type="dxa"/>
          </w:tcPr>
          <w:p w14:paraId="0F9A9780" w14:textId="77777777" w:rsidR="00DA6135" w:rsidRDefault="00000000">
            <w:r>
              <w:t>Portrait project</w:t>
            </w:r>
          </w:p>
        </w:tc>
      </w:tr>
      <w:tr w:rsidR="00DA6135" w14:paraId="5AC9EC3C" w14:textId="77777777">
        <w:trPr>
          <w:cantSplit/>
          <w:jc w:val="center"/>
        </w:trPr>
        <w:tc>
          <w:tcPr>
            <w:tcW w:w="3400" w:type="dxa"/>
          </w:tcPr>
          <w:p w14:paraId="3D53259F" w14:textId="77777777" w:rsidR="00DA6135" w:rsidRDefault="00000000">
            <w:r>
              <w:t>projects</w:t>
            </w:r>
          </w:p>
        </w:tc>
        <w:tc>
          <w:tcPr>
            <w:tcW w:w="3400" w:type="dxa"/>
          </w:tcPr>
          <w:p w14:paraId="39D71097" w14:textId="77777777" w:rsidR="00DA6135" w:rsidRDefault="00000000">
            <w:r>
              <w:t>README.md, about.md, about-zh.md</w:t>
            </w:r>
          </w:p>
        </w:tc>
        <w:tc>
          <w:tcPr>
            <w:tcW w:w="3400" w:type="dxa"/>
          </w:tcPr>
          <w:p w14:paraId="0AA443CE" w14:textId="77777777" w:rsidR="00DA6135" w:rsidRDefault="00000000">
            <w:r>
              <w:t>Projects</w:t>
            </w:r>
          </w:p>
        </w:tc>
      </w:tr>
      <w:tr w:rsidR="00DA6135" w14:paraId="508BC867" w14:textId="77777777">
        <w:trPr>
          <w:cantSplit/>
          <w:jc w:val="center"/>
        </w:trPr>
        <w:tc>
          <w:tcPr>
            <w:tcW w:w="3400" w:type="dxa"/>
          </w:tcPr>
          <w:p w14:paraId="0F788EB2" w14:textId="77777777" w:rsidR="00DA6135" w:rsidRDefault="00000000">
            <w:r>
              <w:t>social</w:t>
            </w:r>
          </w:p>
        </w:tc>
        <w:tc>
          <w:tcPr>
            <w:tcW w:w="3400" w:type="dxa"/>
          </w:tcPr>
          <w:p w14:paraId="1F06EE6D" w14:textId="77777777" w:rsidR="00DA6135" w:rsidRDefault="00000000">
            <w:r>
              <w:t>README.md + china-trip-2020.md</w:t>
            </w:r>
          </w:p>
        </w:tc>
        <w:tc>
          <w:tcPr>
            <w:tcW w:w="3400" w:type="dxa"/>
          </w:tcPr>
          <w:p w14:paraId="67F58212" w14:textId="77777777" w:rsidR="00DA6135" w:rsidRDefault="00000000">
            <w:r>
              <w:t>Social material</w:t>
            </w:r>
          </w:p>
        </w:tc>
      </w:tr>
      <w:tr w:rsidR="00DA6135" w14:paraId="66D901DA" w14:textId="77777777">
        <w:trPr>
          <w:cantSplit/>
          <w:jc w:val="center"/>
        </w:trPr>
        <w:tc>
          <w:tcPr>
            <w:tcW w:w="3400" w:type="dxa"/>
          </w:tcPr>
          <w:p w14:paraId="1D93E56C" w14:textId="77777777" w:rsidR="00DA6135" w:rsidRDefault="00000000">
            <w:r>
              <w:t>villages</w:t>
            </w:r>
          </w:p>
        </w:tc>
        <w:tc>
          <w:tcPr>
            <w:tcW w:w="3400" w:type="dxa"/>
          </w:tcPr>
          <w:p w14:paraId="4DD51715" w14:textId="77777777" w:rsidR="00DA6135" w:rsidRDefault="00000000">
            <w:r>
              <w:t>README.md + sa.md + sungai.md</w:t>
            </w:r>
          </w:p>
        </w:tc>
        <w:tc>
          <w:tcPr>
            <w:tcW w:w="3400" w:type="dxa"/>
          </w:tcPr>
          <w:p w14:paraId="02E358F9" w14:textId="77777777" w:rsidR="00DA6135" w:rsidRDefault="00000000">
            <w:r>
              <w:t>Village histories</w:t>
            </w:r>
          </w:p>
        </w:tc>
      </w:tr>
      <w:tr w:rsidR="00DA6135" w14:paraId="0C4A988E" w14:textId="77777777">
        <w:trPr>
          <w:cantSplit/>
          <w:jc w:val="center"/>
        </w:trPr>
        <w:tc>
          <w:tcPr>
            <w:tcW w:w="3400" w:type="dxa"/>
          </w:tcPr>
          <w:p w14:paraId="2E28E748" w14:textId="77777777" w:rsidR="00DA6135" w:rsidRDefault="00000000">
            <w:r>
              <w:t>wccg</w:t>
            </w:r>
          </w:p>
        </w:tc>
        <w:tc>
          <w:tcPr>
            <w:tcW w:w="3400" w:type="dxa"/>
          </w:tcPr>
          <w:p w14:paraId="723D92E4" w14:textId="77777777" w:rsidR="00DA6135" w:rsidRDefault="00000000">
            <w:r>
              <w:t>about.md</w:t>
            </w:r>
          </w:p>
        </w:tc>
        <w:tc>
          <w:tcPr>
            <w:tcW w:w="3400" w:type="dxa"/>
          </w:tcPr>
          <w:p w14:paraId="3F391796" w14:textId="77777777" w:rsidR="00DA6135" w:rsidRDefault="00000000">
            <w:r>
              <w:t>WCCG material</w:t>
            </w:r>
          </w:p>
        </w:tc>
      </w:tr>
    </w:tbl>
    <w:p w14:paraId="24CB48DE" w14:textId="77777777" w:rsidR="00DA6135" w:rsidRDefault="00000000">
      <w:pPr>
        <w:pStyle w:val="Heading1"/>
      </w:pPr>
      <w:r>
        <w:lastRenderedPageBreak/>
        <w:t>5. The .vuepress directory</w:t>
      </w:r>
    </w:p>
    <w:p w14:paraId="25B738DA" w14:textId="77777777" w:rsidR="00DA6135" w:rsidRDefault="00000000">
      <w:r>
        <w:t>docs/.vuepress is the site's control room. It contains the configuration, custom Vue components, and the static public archive.</w:t>
      </w:r>
    </w:p>
    <w:p w14:paraId="010CD2A0" w14:textId="77777777" w:rsidR="00DA6135" w:rsidRDefault="00000000">
      <w:pPr>
        <w:pStyle w:val="Heading2"/>
      </w:pPr>
      <w:r>
        <w:t>5.1 config.js</w:t>
      </w:r>
    </w:p>
    <w:p w14:paraId="63F8E5EA" w14:textId="77777777" w:rsidR="00DA6135" w:rsidRDefault="00000000">
      <w:pPr>
        <w:pStyle w:val="ListBullet"/>
        <w:spacing w:after="30"/>
      </w:pPr>
      <w:r>
        <w:t>Site title and description.</w:t>
      </w:r>
    </w:p>
    <w:p w14:paraId="5E993F23" w14:textId="77777777" w:rsidR="00DA6135" w:rsidRDefault="00000000">
      <w:pPr>
        <w:pStyle w:val="ListBullet"/>
        <w:spacing w:after="30"/>
      </w:pPr>
      <w:r>
        <w:t>base and dest settings.</w:t>
      </w:r>
    </w:p>
    <w:p w14:paraId="3818140E" w14:textId="77777777" w:rsidR="00DA6135" w:rsidRDefault="00000000">
      <w:pPr>
        <w:pStyle w:val="ListBullet"/>
        <w:spacing w:after="30"/>
      </w:pPr>
      <w:r>
        <w:t>Navigation links and sidebar groups.</w:t>
      </w:r>
    </w:p>
    <w:p w14:paraId="0EC63DF9" w14:textId="77777777" w:rsidR="00DA6135" w:rsidRDefault="00000000">
      <w:pPr>
        <w:pStyle w:val="ListBullet"/>
        <w:spacing w:after="30"/>
      </w:pPr>
      <w:r>
        <w:t>Repository edit links.</w:t>
      </w:r>
    </w:p>
    <w:p w14:paraId="6644279C" w14:textId="77777777" w:rsidR="00DA6135" w:rsidRDefault="00000000">
      <w:pPr>
        <w:pStyle w:val="ListBullet"/>
        <w:spacing w:after="30"/>
      </w:pPr>
      <w:r>
        <w:t>Plugins such as last-updated.</w:t>
      </w:r>
    </w:p>
    <w:p w14:paraId="5FB087AD" w14:textId="77777777" w:rsidR="00DA6135" w:rsidRDefault="00000000">
      <w:pPr>
        <w:pStyle w:val="ListBullet"/>
        <w:spacing w:after="30"/>
      </w:pPr>
      <w:r>
        <w:t>Any stale route here can affect every page because the theme renders navigation globally.</w:t>
      </w:r>
    </w:p>
    <w:p w14:paraId="1251E94B" w14:textId="77777777" w:rsidR="00DA6135" w:rsidRDefault="00000000">
      <w:pPr>
        <w:pStyle w:val="Heading2"/>
      </w:pPr>
      <w:r>
        <w:t>5.2 Custom Vue components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DA6135" w14:paraId="408E83E9" w14:textId="77777777">
        <w:trPr>
          <w:cantSplit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6B6F95DF" w14:textId="77777777" w:rsidR="00DA6135" w:rsidRDefault="00000000">
            <w:r>
              <w:rPr>
                <w:b/>
              </w:rPr>
              <w:t>Component</w:t>
            </w:r>
          </w:p>
        </w:tc>
        <w:tc>
          <w:tcPr>
            <w:tcW w:w="5100" w:type="dxa"/>
            <w:shd w:val="clear" w:color="auto" w:fill="D9EAF7"/>
            <w:vAlign w:val="center"/>
          </w:tcPr>
          <w:p w14:paraId="32D56B9F" w14:textId="77777777" w:rsidR="00DA6135" w:rsidRDefault="00000000">
            <w:r>
              <w:rPr>
                <w:b/>
              </w:rPr>
              <w:t>Function / topic</w:t>
            </w:r>
          </w:p>
        </w:tc>
      </w:tr>
      <w:tr w:rsidR="00DA6135" w14:paraId="1327F317" w14:textId="77777777">
        <w:trPr>
          <w:cantSplit/>
          <w:jc w:val="center"/>
        </w:trPr>
        <w:tc>
          <w:tcPr>
            <w:tcW w:w="5100" w:type="dxa"/>
          </w:tcPr>
          <w:p w14:paraId="3667509F" w14:textId="77777777" w:rsidR="00DA6135" w:rsidRDefault="00000000">
            <w:r>
              <w:t>covid-19.vue</w:t>
            </w:r>
          </w:p>
        </w:tc>
        <w:tc>
          <w:tcPr>
            <w:tcW w:w="5100" w:type="dxa"/>
          </w:tcPr>
          <w:p w14:paraId="348CA879" w14:textId="77777777" w:rsidR="00DA6135" w:rsidRDefault="00000000">
            <w:r>
              <w:t>COVID-19 component</w:t>
            </w:r>
          </w:p>
        </w:tc>
      </w:tr>
      <w:tr w:rsidR="00DA6135" w14:paraId="4A96D184" w14:textId="77777777">
        <w:trPr>
          <w:cantSplit/>
          <w:jc w:val="center"/>
        </w:trPr>
        <w:tc>
          <w:tcPr>
            <w:tcW w:w="5100" w:type="dxa"/>
          </w:tcPr>
          <w:p w14:paraId="7EA5779E" w14:textId="77777777" w:rsidR="00DA6135" w:rsidRDefault="00000000">
            <w:r>
              <w:t>dragons.vue</w:t>
            </w:r>
          </w:p>
        </w:tc>
        <w:tc>
          <w:tcPr>
            <w:tcW w:w="5100" w:type="dxa"/>
          </w:tcPr>
          <w:p w14:paraId="2CEAE66E" w14:textId="77777777" w:rsidR="00DA6135" w:rsidRDefault="00000000">
            <w:r>
              <w:t>Dragons component</w:t>
            </w:r>
          </w:p>
        </w:tc>
      </w:tr>
      <w:tr w:rsidR="00DA6135" w14:paraId="66526521" w14:textId="77777777">
        <w:trPr>
          <w:cantSplit/>
          <w:jc w:val="center"/>
        </w:trPr>
        <w:tc>
          <w:tcPr>
            <w:tcW w:w="5100" w:type="dxa"/>
          </w:tcPr>
          <w:p w14:paraId="16F0A0B4" w14:textId="77777777" w:rsidR="00DA6135" w:rsidRDefault="00000000">
            <w:r>
              <w:t>gc.vue</w:t>
            </w:r>
          </w:p>
        </w:tc>
        <w:tc>
          <w:tcPr>
            <w:tcW w:w="5100" w:type="dxa"/>
          </w:tcPr>
          <w:p w14:paraId="2851D483" w14:textId="77777777" w:rsidR="00DA6135" w:rsidRDefault="00000000">
            <w:r>
              <w:t>Custom GC component</w:t>
            </w:r>
          </w:p>
        </w:tc>
      </w:tr>
      <w:tr w:rsidR="00DA6135" w14:paraId="735FB194" w14:textId="77777777">
        <w:trPr>
          <w:cantSplit/>
          <w:jc w:val="center"/>
        </w:trPr>
        <w:tc>
          <w:tcPr>
            <w:tcW w:w="5100" w:type="dxa"/>
          </w:tcPr>
          <w:p w14:paraId="01FE7E08" w14:textId="77777777" w:rsidR="00DA6135" w:rsidRDefault="00000000">
            <w:r>
              <w:t>new-year.vue</w:t>
            </w:r>
          </w:p>
        </w:tc>
        <w:tc>
          <w:tcPr>
            <w:tcW w:w="5100" w:type="dxa"/>
          </w:tcPr>
          <w:p w14:paraId="1B35A09F" w14:textId="77777777" w:rsidR="00DA6135" w:rsidRDefault="00000000">
            <w:r>
              <w:t>New Year component</w:t>
            </w:r>
          </w:p>
        </w:tc>
      </w:tr>
      <w:tr w:rsidR="00DA6135" w14:paraId="0A914015" w14:textId="77777777">
        <w:trPr>
          <w:cantSplit/>
          <w:jc w:val="center"/>
        </w:trPr>
        <w:tc>
          <w:tcPr>
            <w:tcW w:w="5100" w:type="dxa"/>
          </w:tcPr>
          <w:p w14:paraId="392C65FD" w14:textId="77777777" w:rsidR="00DA6135" w:rsidRDefault="00000000">
            <w:r>
              <w:t>news-letter.vue</w:t>
            </w:r>
          </w:p>
        </w:tc>
        <w:tc>
          <w:tcPr>
            <w:tcW w:w="5100" w:type="dxa"/>
          </w:tcPr>
          <w:p w14:paraId="7751720C" w14:textId="77777777" w:rsidR="00DA6135" w:rsidRDefault="00000000">
            <w:r>
              <w:t>Newsletter component</w:t>
            </w:r>
          </w:p>
        </w:tc>
      </w:tr>
      <w:tr w:rsidR="00DA6135" w14:paraId="35BC69F3" w14:textId="77777777">
        <w:trPr>
          <w:cantSplit/>
          <w:jc w:val="center"/>
        </w:trPr>
        <w:tc>
          <w:tcPr>
            <w:tcW w:w="5100" w:type="dxa"/>
          </w:tcPr>
          <w:p w14:paraId="015413B7" w14:textId="77777777" w:rsidR="00DA6135" w:rsidRDefault="00000000">
            <w:r>
              <w:t>qing-ming.vue</w:t>
            </w:r>
          </w:p>
        </w:tc>
        <w:tc>
          <w:tcPr>
            <w:tcW w:w="5100" w:type="dxa"/>
          </w:tcPr>
          <w:p w14:paraId="1184FBCC" w14:textId="77777777" w:rsidR="00DA6135" w:rsidRDefault="00000000">
            <w:r>
              <w:t>Qing Ming component</w:t>
            </w:r>
          </w:p>
        </w:tc>
      </w:tr>
      <w:tr w:rsidR="00DA6135" w14:paraId="08754406" w14:textId="77777777">
        <w:trPr>
          <w:cantSplit/>
          <w:jc w:val="center"/>
        </w:trPr>
        <w:tc>
          <w:tcPr>
            <w:tcW w:w="5100" w:type="dxa"/>
          </w:tcPr>
          <w:p w14:paraId="18394E08" w14:textId="77777777" w:rsidR="00DA6135" w:rsidRDefault="00000000">
            <w:r>
              <w:t>stele.vue</w:t>
            </w:r>
          </w:p>
        </w:tc>
        <w:tc>
          <w:tcPr>
            <w:tcW w:w="5100" w:type="dxa"/>
          </w:tcPr>
          <w:p w14:paraId="69735448" w14:textId="77777777" w:rsidR="00DA6135" w:rsidRDefault="00000000">
            <w:r>
              <w:t>Stele component</w:t>
            </w:r>
          </w:p>
        </w:tc>
      </w:tr>
      <w:tr w:rsidR="00DA6135" w14:paraId="4460676A" w14:textId="77777777">
        <w:trPr>
          <w:cantSplit/>
          <w:jc w:val="center"/>
        </w:trPr>
        <w:tc>
          <w:tcPr>
            <w:tcW w:w="5100" w:type="dxa"/>
          </w:tcPr>
          <w:p w14:paraId="15BF42F2" w14:textId="77777777" w:rsidR="00DA6135" w:rsidRDefault="00000000">
            <w:r>
              <w:t>under-construction.vue</w:t>
            </w:r>
          </w:p>
        </w:tc>
        <w:tc>
          <w:tcPr>
            <w:tcW w:w="5100" w:type="dxa"/>
          </w:tcPr>
          <w:p w14:paraId="6577EA32" w14:textId="77777777" w:rsidR="00DA6135" w:rsidRDefault="00000000">
            <w:r>
              <w:t>Under-construction component</w:t>
            </w:r>
          </w:p>
        </w:tc>
      </w:tr>
      <w:tr w:rsidR="00DA6135" w14:paraId="7B8ED9E9" w14:textId="77777777">
        <w:trPr>
          <w:cantSplit/>
          <w:jc w:val="center"/>
        </w:trPr>
        <w:tc>
          <w:tcPr>
            <w:tcW w:w="5100" w:type="dxa"/>
          </w:tcPr>
          <w:p w14:paraId="416C32E3" w14:textId="77777777" w:rsidR="00DA6135" w:rsidRDefault="00000000">
            <w:r>
              <w:t>ventnor.vue</w:t>
            </w:r>
          </w:p>
        </w:tc>
        <w:tc>
          <w:tcPr>
            <w:tcW w:w="5100" w:type="dxa"/>
          </w:tcPr>
          <w:p w14:paraId="6EE8FF16" w14:textId="77777777" w:rsidR="00DA6135" w:rsidRDefault="00000000">
            <w:r>
              <w:t>Ventnor component</w:t>
            </w:r>
          </w:p>
        </w:tc>
      </w:tr>
      <w:tr w:rsidR="00DA6135" w14:paraId="2EAD47C1" w14:textId="77777777">
        <w:trPr>
          <w:cantSplit/>
          <w:jc w:val="center"/>
        </w:trPr>
        <w:tc>
          <w:tcPr>
            <w:tcW w:w="5100" w:type="dxa"/>
          </w:tcPr>
          <w:p w14:paraId="324AC7A4" w14:textId="77777777" w:rsidR="00DA6135" w:rsidRDefault="00000000">
            <w:r>
              <w:t>vulnerability.vue</w:t>
            </w:r>
          </w:p>
        </w:tc>
        <w:tc>
          <w:tcPr>
            <w:tcW w:w="5100" w:type="dxa"/>
          </w:tcPr>
          <w:p w14:paraId="79D9AC20" w14:textId="77777777" w:rsidR="00DA6135" w:rsidRDefault="00000000">
            <w:r>
              <w:t>Vulnerability component</w:t>
            </w:r>
          </w:p>
        </w:tc>
      </w:tr>
      <w:tr w:rsidR="00DA6135" w14:paraId="1CA9C652" w14:textId="77777777">
        <w:trPr>
          <w:cantSplit/>
          <w:jc w:val="center"/>
        </w:trPr>
        <w:tc>
          <w:tcPr>
            <w:tcW w:w="5100" w:type="dxa"/>
          </w:tcPr>
          <w:p w14:paraId="48A681F7" w14:textId="77777777" w:rsidR="00DA6135" w:rsidRDefault="00000000">
            <w:r>
              <w:t>wbcmap.vue</w:t>
            </w:r>
          </w:p>
        </w:tc>
        <w:tc>
          <w:tcPr>
            <w:tcW w:w="5100" w:type="dxa"/>
          </w:tcPr>
          <w:p w14:paraId="36D4CC2E" w14:textId="77777777" w:rsidR="00DA6135" w:rsidRDefault="00000000">
            <w:r>
              <w:t>WBC map component</w:t>
            </w:r>
          </w:p>
        </w:tc>
      </w:tr>
    </w:tbl>
    <w:p w14:paraId="382A07D0" w14:textId="77777777" w:rsidR="00DA6135" w:rsidRDefault="00000000">
      <w:r>
        <w:t>These are tiny source files, generally only a few hundred bytes. They are code, not archive storage.</w:t>
      </w:r>
    </w:p>
    <w:p w14:paraId="3F7A901A" w14:textId="77777777" w:rsidR="00DA6135" w:rsidRDefault="00000000">
      <w:pPr>
        <w:pStyle w:val="Heading1"/>
      </w:pPr>
      <w:r>
        <w:t>6. Static assets: docs/.vuepress/public</w:t>
      </w:r>
    </w:p>
    <w:p w14:paraId="5BF7119B" w14:textId="77777777" w:rsidR="00DA6135" w:rsidRDefault="00000000">
      <w:r>
        <w:t>Everything under docs/.vuepress/public is copied directly into the published site's root. This is where the bulk of the repository lives.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3247"/>
        <w:gridCol w:w="3223"/>
      </w:tblGrid>
      <w:tr w:rsidR="00DA6135" w14:paraId="4F483CBC" w14:textId="77777777">
        <w:trPr>
          <w:cantSplit/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306B512F" w14:textId="77777777" w:rsidR="00DA6135" w:rsidRDefault="00000000">
            <w:r>
              <w:rPr>
                <w:b/>
              </w:rPr>
              <w:t>Repository folder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201644CE" w14:textId="77777777" w:rsidR="00DA6135" w:rsidRDefault="00000000">
            <w:r>
              <w:rPr>
                <w:b/>
              </w:rPr>
              <w:t>Live URL prefix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115A4651" w14:textId="77777777" w:rsidR="00DA6135" w:rsidRDefault="00000000">
            <w:r>
              <w:rPr>
                <w:b/>
              </w:rPr>
              <w:t>Contents</w:t>
            </w:r>
          </w:p>
        </w:tc>
      </w:tr>
      <w:tr w:rsidR="00DA6135" w14:paraId="53F1CD11" w14:textId="77777777">
        <w:trPr>
          <w:cantSplit/>
          <w:jc w:val="center"/>
        </w:trPr>
        <w:tc>
          <w:tcPr>
            <w:tcW w:w="3400" w:type="dxa"/>
          </w:tcPr>
          <w:p w14:paraId="214ED1B0" w14:textId="77777777" w:rsidR="00DA6135" w:rsidRDefault="00000000">
            <w:r>
              <w:t>docs/.vuepress/public/about/assets/</w:t>
            </w:r>
          </w:p>
        </w:tc>
        <w:tc>
          <w:tcPr>
            <w:tcW w:w="3400" w:type="dxa"/>
          </w:tcPr>
          <w:p w14:paraId="67CF1B29" w14:textId="77777777" w:rsidR="00DA6135" w:rsidRDefault="00000000">
            <w:r>
              <w:t>/about/assets/</w:t>
            </w:r>
          </w:p>
        </w:tc>
        <w:tc>
          <w:tcPr>
            <w:tcW w:w="3400" w:type="dxa"/>
          </w:tcPr>
          <w:p w14:paraId="0F51E603" w14:textId="77777777" w:rsidR="00DA6135" w:rsidRDefault="00000000">
            <w:r>
              <w:t>Constitutions and website instructions</w:t>
            </w:r>
          </w:p>
        </w:tc>
      </w:tr>
      <w:tr w:rsidR="00DA6135" w14:paraId="526229BD" w14:textId="77777777">
        <w:trPr>
          <w:cantSplit/>
          <w:jc w:val="center"/>
        </w:trPr>
        <w:tc>
          <w:tcPr>
            <w:tcW w:w="3400" w:type="dxa"/>
          </w:tcPr>
          <w:p w14:paraId="7E54E60E" w14:textId="77777777" w:rsidR="00DA6135" w:rsidRDefault="00000000">
            <w:r>
              <w:t>docs/.vuepress/public/calendar/assets/</w:t>
            </w:r>
          </w:p>
        </w:tc>
        <w:tc>
          <w:tcPr>
            <w:tcW w:w="3400" w:type="dxa"/>
          </w:tcPr>
          <w:p w14:paraId="1A0AA1F9" w14:textId="77777777" w:rsidR="00DA6135" w:rsidRDefault="00000000">
            <w:r>
              <w:t>/calendar/assets/</w:t>
            </w:r>
          </w:p>
        </w:tc>
        <w:tc>
          <w:tcPr>
            <w:tcW w:w="3400" w:type="dxa"/>
          </w:tcPr>
          <w:p w14:paraId="24F47CBD" w14:textId="77777777" w:rsidR="00DA6135" w:rsidRDefault="00000000">
            <w:r>
              <w:t>Calendar PDFs/images</w:t>
            </w:r>
          </w:p>
        </w:tc>
      </w:tr>
      <w:tr w:rsidR="00DA6135" w14:paraId="1D7A3382" w14:textId="77777777">
        <w:trPr>
          <w:cantSplit/>
          <w:jc w:val="center"/>
        </w:trPr>
        <w:tc>
          <w:tcPr>
            <w:tcW w:w="3400" w:type="dxa"/>
          </w:tcPr>
          <w:p w14:paraId="1AE811A7" w14:textId="77777777" w:rsidR="00DA6135" w:rsidRDefault="00000000">
            <w:r>
              <w:t>docs/.vuepress/public/committee/assets/</w:t>
            </w:r>
          </w:p>
        </w:tc>
        <w:tc>
          <w:tcPr>
            <w:tcW w:w="3400" w:type="dxa"/>
          </w:tcPr>
          <w:p w14:paraId="53F9ECEA" w14:textId="77777777" w:rsidR="00DA6135" w:rsidRDefault="00000000">
            <w:r>
              <w:t>/committee/assets/</w:t>
            </w:r>
          </w:p>
        </w:tc>
        <w:tc>
          <w:tcPr>
            <w:tcW w:w="3400" w:type="dxa"/>
          </w:tcPr>
          <w:p w14:paraId="36029E28" w14:textId="77777777" w:rsidR="00DA6135" w:rsidRDefault="00000000">
            <w:r>
              <w:t>Expense claim form and committee downloads</w:t>
            </w:r>
          </w:p>
        </w:tc>
      </w:tr>
      <w:tr w:rsidR="00DA6135" w14:paraId="027F76C2" w14:textId="77777777">
        <w:trPr>
          <w:cantSplit/>
          <w:jc w:val="center"/>
        </w:trPr>
        <w:tc>
          <w:tcPr>
            <w:tcW w:w="3400" w:type="dxa"/>
          </w:tcPr>
          <w:p w14:paraId="7416C6EF" w14:textId="77777777" w:rsidR="00DA6135" w:rsidRDefault="00000000">
            <w:r>
              <w:t>docs/.vuepress/public/contact/</w:t>
            </w:r>
          </w:p>
        </w:tc>
        <w:tc>
          <w:tcPr>
            <w:tcW w:w="3400" w:type="dxa"/>
          </w:tcPr>
          <w:p w14:paraId="28DAAE52" w14:textId="77777777" w:rsidR="00DA6135" w:rsidRDefault="00000000">
            <w:r>
              <w:t>/contact/</w:t>
            </w:r>
          </w:p>
        </w:tc>
        <w:tc>
          <w:tcPr>
            <w:tcW w:w="3400" w:type="dxa"/>
          </w:tcPr>
          <w:p w14:paraId="685E3E0D" w14:textId="77777777" w:rsidR="00DA6135" w:rsidRDefault="00000000">
            <w:r>
              <w:t>Membership forms/PDFs</w:t>
            </w:r>
          </w:p>
        </w:tc>
      </w:tr>
      <w:tr w:rsidR="00DA6135" w14:paraId="036A55A8" w14:textId="77777777">
        <w:trPr>
          <w:cantSplit/>
          <w:jc w:val="center"/>
        </w:trPr>
        <w:tc>
          <w:tcPr>
            <w:tcW w:w="3400" w:type="dxa"/>
          </w:tcPr>
          <w:p w14:paraId="6EFB9184" w14:textId="77777777" w:rsidR="00DA6135" w:rsidRDefault="00000000">
            <w:r>
              <w:t>docs/.vuepress/public/covid-19/assets/</w:t>
            </w:r>
          </w:p>
        </w:tc>
        <w:tc>
          <w:tcPr>
            <w:tcW w:w="3400" w:type="dxa"/>
          </w:tcPr>
          <w:p w14:paraId="440A7921" w14:textId="77777777" w:rsidR="00DA6135" w:rsidRDefault="00000000">
            <w:r>
              <w:t>/covid-19/assets/</w:t>
            </w:r>
          </w:p>
        </w:tc>
        <w:tc>
          <w:tcPr>
            <w:tcW w:w="3400" w:type="dxa"/>
          </w:tcPr>
          <w:p w14:paraId="60D5C16D" w14:textId="77777777" w:rsidR="00DA6135" w:rsidRDefault="00000000">
            <w:r>
              <w:t>Historic COVID-19 material</w:t>
            </w:r>
          </w:p>
        </w:tc>
      </w:tr>
      <w:tr w:rsidR="00DA6135" w14:paraId="24254086" w14:textId="77777777">
        <w:trPr>
          <w:cantSplit/>
          <w:jc w:val="center"/>
        </w:trPr>
        <w:tc>
          <w:tcPr>
            <w:tcW w:w="3400" w:type="dxa"/>
          </w:tcPr>
          <w:p w14:paraId="2164C674" w14:textId="77777777" w:rsidR="00DA6135" w:rsidRDefault="00000000">
            <w:r>
              <w:t>docs/.vuepress/public/events/assets/</w:t>
            </w:r>
          </w:p>
        </w:tc>
        <w:tc>
          <w:tcPr>
            <w:tcW w:w="3400" w:type="dxa"/>
          </w:tcPr>
          <w:p w14:paraId="321E215D" w14:textId="77777777" w:rsidR="00DA6135" w:rsidRDefault="00000000">
            <w:r>
              <w:t>/events/assets/</w:t>
            </w:r>
          </w:p>
        </w:tc>
        <w:tc>
          <w:tcPr>
            <w:tcW w:w="3400" w:type="dxa"/>
          </w:tcPr>
          <w:p w14:paraId="48F2C2BA" w14:textId="77777777" w:rsidR="00DA6135" w:rsidRDefault="00000000">
            <w:r>
              <w:t>Event downloads</w:t>
            </w:r>
          </w:p>
        </w:tc>
      </w:tr>
      <w:tr w:rsidR="00DA6135" w14:paraId="1BF5C012" w14:textId="77777777">
        <w:trPr>
          <w:cantSplit/>
          <w:jc w:val="center"/>
        </w:trPr>
        <w:tc>
          <w:tcPr>
            <w:tcW w:w="3400" w:type="dxa"/>
          </w:tcPr>
          <w:p w14:paraId="44291E2F" w14:textId="77777777" w:rsidR="00DA6135" w:rsidRDefault="00000000">
            <w:r>
              <w:t>docs/.vuepress/public/games/assets/</w:t>
            </w:r>
          </w:p>
        </w:tc>
        <w:tc>
          <w:tcPr>
            <w:tcW w:w="3400" w:type="dxa"/>
          </w:tcPr>
          <w:p w14:paraId="7877D22E" w14:textId="77777777" w:rsidR="00DA6135" w:rsidRDefault="00000000">
            <w:r>
              <w:t>/games/assets/</w:t>
            </w:r>
          </w:p>
        </w:tc>
        <w:tc>
          <w:tcPr>
            <w:tcW w:w="3400" w:type="dxa"/>
          </w:tcPr>
          <w:p w14:paraId="27C71823" w14:textId="77777777" w:rsidR="00DA6135" w:rsidRDefault="00000000">
            <w:r>
              <w:t>Games/WBC images</w:t>
            </w:r>
          </w:p>
        </w:tc>
      </w:tr>
      <w:tr w:rsidR="00DA6135" w14:paraId="51739F73" w14:textId="77777777">
        <w:trPr>
          <w:cantSplit/>
          <w:jc w:val="center"/>
        </w:trPr>
        <w:tc>
          <w:tcPr>
            <w:tcW w:w="3400" w:type="dxa"/>
          </w:tcPr>
          <w:p w14:paraId="3DD645B6" w14:textId="77777777" w:rsidR="00DA6135" w:rsidRDefault="00000000">
            <w:r>
              <w:t>docs/.vuepress/public/genealogy/assets/</w:t>
            </w:r>
          </w:p>
        </w:tc>
        <w:tc>
          <w:tcPr>
            <w:tcW w:w="3400" w:type="dxa"/>
          </w:tcPr>
          <w:p w14:paraId="603D226B" w14:textId="77777777" w:rsidR="00DA6135" w:rsidRDefault="00000000">
            <w:r>
              <w:t>/genealogy/assets/</w:t>
            </w:r>
          </w:p>
        </w:tc>
        <w:tc>
          <w:tcPr>
            <w:tcW w:w="3400" w:type="dxa"/>
          </w:tcPr>
          <w:p w14:paraId="245E51C4" w14:textId="77777777" w:rsidR="00DA6135" w:rsidRDefault="00000000">
            <w:r>
              <w:t>Genealogy images</w:t>
            </w:r>
          </w:p>
        </w:tc>
      </w:tr>
      <w:tr w:rsidR="00DA6135" w14:paraId="2F234235" w14:textId="77777777">
        <w:trPr>
          <w:cantSplit/>
          <w:jc w:val="center"/>
        </w:trPr>
        <w:tc>
          <w:tcPr>
            <w:tcW w:w="3400" w:type="dxa"/>
          </w:tcPr>
          <w:p w14:paraId="5BB8D10C" w14:textId="77777777" w:rsidR="00DA6135" w:rsidRDefault="00000000">
            <w:r>
              <w:t>docs/.vuepress/public/geography/images/</w:t>
            </w:r>
          </w:p>
        </w:tc>
        <w:tc>
          <w:tcPr>
            <w:tcW w:w="3400" w:type="dxa"/>
          </w:tcPr>
          <w:p w14:paraId="5C38A421" w14:textId="77777777" w:rsidR="00DA6135" w:rsidRDefault="00000000">
            <w:r>
              <w:t>/geography/images/</w:t>
            </w:r>
          </w:p>
        </w:tc>
        <w:tc>
          <w:tcPr>
            <w:tcW w:w="3400" w:type="dxa"/>
          </w:tcPr>
          <w:p w14:paraId="03FD7FFA" w14:textId="77777777" w:rsidR="00DA6135" w:rsidRDefault="00000000">
            <w:r>
              <w:t>Maps</w:t>
            </w:r>
          </w:p>
        </w:tc>
      </w:tr>
      <w:tr w:rsidR="00DA6135" w14:paraId="6AC65B00" w14:textId="77777777">
        <w:trPr>
          <w:cantSplit/>
          <w:jc w:val="center"/>
        </w:trPr>
        <w:tc>
          <w:tcPr>
            <w:tcW w:w="3400" w:type="dxa"/>
          </w:tcPr>
          <w:p w14:paraId="76AFC16B" w14:textId="77777777" w:rsidR="00DA6135" w:rsidRDefault="00000000">
            <w:r>
              <w:t>docs/.vuepress/public/history/images/</w:t>
            </w:r>
          </w:p>
        </w:tc>
        <w:tc>
          <w:tcPr>
            <w:tcW w:w="3400" w:type="dxa"/>
          </w:tcPr>
          <w:p w14:paraId="4F9C21BA" w14:textId="77777777" w:rsidR="00DA6135" w:rsidRDefault="00000000">
            <w:r>
              <w:t>/history/images/</w:t>
            </w:r>
          </w:p>
        </w:tc>
        <w:tc>
          <w:tcPr>
            <w:tcW w:w="3400" w:type="dxa"/>
          </w:tcPr>
          <w:p w14:paraId="33C6C027" w14:textId="77777777" w:rsidR="00DA6135" w:rsidRDefault="00000000">
            <w:r>
              <w:t>History thumbnails</w:t>
            </w:r>
          </w:p>
        </w:tc>
      </w:tr>
      <w:tr w:rsidR="00DA6135" w14:paraId="10DA53F1" w14:textId="77777777">
        <w:trPr>
          <w:cantSplit/>
          <w:jc w:val="center"/>
        </w:trPr>
        <w:tc>
          <w:tcPr>
            <w:tcW w:w="3400" w:type="dxa"/>
          </w:tcPr>
          <w:p w14:paraId="569E101A" w14:textId="77777777" w:rsidR="00DA6135" w:rsidRDefault="00000000">
            <w:r>
              <w:t>docs/.vuepress/public/images/</w:t>
            </w:r>
          </w:p>
        </w:tc>
        <w:tc>
          <w:tcPr>
            <w:tcW w:w="3400" w:type="dxa"/>
          </w:tcPr>
          <w:p w14:paraId="08DC8E17" w14:textId="77777777" w:rsidR="00DA6135" w:rsidRDefault="00000000">
            <w:r>
              <w:t>/images/</w:t>
            </w:r>
          </w:p>
        </w:tc>
        <w:tc>
          <w:tcPr>
            <w:tcW w:w="3400" w:type="dxa"/>
          </w:tcPr>
          <w:p w14:paraId="1043B744" w14:textId="77777777" w:rsidR="00DA6135" w:rsidRDefault="00000000">
            <w:r>
              <w:t>General/shared site images and QR codes</w:t>
            </w:r>
          </w:p>
        </w:tc>
      </w:tr>
      <w:tr w:rsidR="00DA6135" w14:paraId="296953E8" w14:textId="77777777">
        <w:trPr>
          <w:cantSplit/>
          <w:jc w:val="center"/>
        </w:trPr>
        <w:tc>
          <w:tcPr>
            <w:tcW w:w="3400" w:type="dxa"/>
          </w:tcPr>
          <w:p w14:paraId="22D30CC9" w14:textId="77777777" w:rsidR="00DA6135" w:rsidRDefault="00000000">
            <w:r>
              <w:t>docs/.vuepress/public/newsletters/assets/</w:t>
            </w:r>
          </w:p>
        </w:tc>
        <w:tc>
          <w:tcPr>
            <w:tcW w:w="3400" w:type="dxa"/>
          </w:tcPr>
          <w:p w14:paraId="159E3265" w14:textId="77777777" w:rsidR="00DA6135" w:rsidRDefault="00000000">
            <w:r>
              <w:t>/newsletters/assets/</w:t>
            </w:r>
          </w:p>
        </w:tc>
        <w:tc>
          <w:tcPr>
            <w:tcW w:w="3400" w:type="dxa"/>
          </w:tcPr>
          <w:p w14:paraId="71000915" w14:textId="77777777" w:rsidR="00DA6135" w:rsidRDefault="00000000">
            <w:r>
              <w:t>Newsletter PDF archive</w:t>
            </w:r>
          </w:p>
        </w:tc>
      </w:tr>
      <w:tr w:rsidR="00DA6135" w14:paraId="2D8B1AE2" w14:textId="77777777">
        <w:trPr>
          <w:cantSplit/>
          <w:jc w:val="center"/>
        </w:trPr>
        <w:tc>
          <w:tcPr>
            <w:tcW w:w="3400" w:type="dxa"/>
          </w:tcPr>
          <w:p w14:paraId="48C4A6B3" w14:textId="77777777" w:rsidR="00DA6135" w:rsidRDefault="00000000">
            <w:r>
              <w:t>docs/.vuepress/public/obituaries/assets/</w:t>
            </w:r>
          </w:p>
        </w:tc>
        <w:tc>
          <w:tcPr>
            <w:tcW w:w="3400" w:type="dxa"/>
          </w:tcPr>
          <w:p w14:paraId="3B3BFC71" w14:textId="77777777" w:rsidR="00DA6135" w:rsidRDefault="00000000">
            <w:r>
              <w:t>/obituaries/assets/</w:t>
            </w:r>
          </w:p>
        </w:tc>
        <w:tc>
          <w:tcPr>
            <w:tcW w:w="3400" w:type="dxa"/>
          </w:tcPr>
          <w:p w14:paraId="0750459C" w14:textId="77777777" w:rsidR="00DA6135" w:rsidRDefault="00000000">
            <w:r>
              <w:t>Obituary source documents</w:t>
            </w:r>
          </w:p>
        </w:tc>
      </w:tr>
      <w:tr w:rsidR="00DA6135" w14:paraId="068CAB2C" w14:textId="77777777">
        <w:trPr>
          <w:cantSplit/>
          <w:jc w:val="center"/>
        </w:trPr>
        <w:tc>
          <w:tcPr>
            <w:tcW w:w="3400" w:type="dxa"/>
          </w:tcPr>
          <w:p w14:paraId="4C932632" w14:textId="77777777" w:rsidR="00DA6135" w:rsidRDefault="00000000">
            <w:r>
              <w:t>docs/.vuepress/public/people/assets/</w:t>
            </w:r>
          </w:p>
        </w:tc>
        <w:tc>
          <w:tcPr>
            <w:tcW w:w="3400" w:type="dxa"/>
          </w:tcPr>
          <w:p w14:paraId="442D1AB0" w14:textId="77777777" w:rsidR="00DA6135" w:rsidRDefault="00000000">
            <w:r>
              <w:t>/people/assets/</w:t>
            </w:r>
          </w:p>
        </w:tc>
        <w:tc>
          <w:tcPr>
            <w:tcW w:w="3400" w:type="dxa"/>
          </w:tcPr>
          <w:p w14:paraId="1165B991" w14:textId="77777777" w:rsidR="00DA6135" w:rsidRDefault="00000000">
            <w:r>
              <w:t>People/biography source files</w:t>
            </w:r>
          </w:p>
        </w:tc>
      </w:tr>
      <w:tr w:rsidR="00DA6135" w14:paraId="74643704" w14:textId="77777777">
        <w:trPr>
          <w:cantSplit/>
          <w:jc w:val="center"/>
        </w:trPr>
        <w:tc>
          <w:tcPr>
            <w:tcW w:w="3400" w:type="dxa"/>
          </w:tcPr>
          <w:p w14:paraId="5D8F7300" w14:textId="77777777" w:rsidR="00DA6135" w:rsidRDefault="00000000">
            <w:r>
              <w:t>docs/.vuepress/public/portraits/assets/</w:t>
            </w:r>
          </w:p>
        </w:tc>
        <w:tc>
          <w:tcPr>
            <w:tcW w:w="3400" w:type="dxa"/>
          </w:tcPr>
          <w:p w14:paraId="633BB3CB" w14:textId="77777777" w:rsidR="00DA6135" w:rsidRDefault="00000000">
            <w:r>
              <w:t>/portraits/assets/</w:t>
            </w:r>
          </w:p>
        </w:tc>
        <w:tc>
          <w:tcPr>
            <w:tcW w:w="3400" w:type="dxa"/>
          </w:tcPr>
          <w:p w14:paraId="046D6910" w14:textId="77777777" w:rsidR="00DA6135" w:rsidRDefault="00000000">
            <w:r>
              <w:t>Portrait thumbnails/forms</w:t>
            </w:r>
          </w:p>
        </w:tc>
      </w:tr>
      <w:tr w:rsidR="00DA6135" w14:paraId="44CFBE36" w14:textId="77777777">
        <w:trPr>
          <w:cantSplit/>
          <w:jc w:val="center"/>
        </w:trPr>
        <w:tc>
          <w:tcPr>
            <w:tcW w:w="3400" w:type="dxa"/>
          </w:tcPr>
          <w:p w14:paraId="439F9B19" w14:textId="77777777" w:rsidR="00DA6135" w:rsidRDefault="00000000">
            <w:r>
              <w:t>docs/.vuepress/public/social/assets/</w:t>
            </w:r>
          </w:p>
        </w:tc>
        <w:tc>
          <w:tcPr>
            <w:tcW w:w="3400" w:type="dxa"/>
          </w:tcPr>
          <w:p w14:paraId="5D0DF7A8" w14:textId="77777777" w:rsidR="00DA6135" w:rsidRDefault="00000000">
            <w:r>
              <w:t>/social/assets/</w:t>
            </w:r>
          </w:p>
        </w:tc>
        <w:tc>
          <w:tcPr>
            <w:tcW w:w="3400" w:type="dxa"/>
          </w:tcPr>
          <w:p w14:paraId="7BE2BF3F" w14:textId="77777777" w:rsidR="00DA6135" w:rsidRDefault="00000000">
            <w:r>
              <w:t>Social-event photographs</w:t>
            </w:r>
          </w:p>
        </w:tc>
      </w:tr>
      <w:tr w:rsidR="00DA6135" w14:paraId="16921EAD" w14:textId="77777777">
        <w:trPr>
          <w:cantSplit/>
          <w:jc w:val="center"/>
        </w:trPr>
        <w:tc>
          <w:tcPr>
            <w:tcW w:w="3400" w:type="dxa"/>
          </w:tcPr>
          <w:p w14:paraId="70C0EDDD" w14:textId="77777777" w:rsidR="00DA6135" w:rsidRDefault="00000000">
            <w:r>
              <w:lastRenderedPageBreak/>
              <w:t>docs/.vuepress/public/villages/images/</w:t>
            </w:r>
          </w:p>
        </w:tc>
        <w:tc>
          <w:tcPr>
            <w:tcW w:w="3400" w:type="dxa"/>
          </w:tcPr>
          <w:p w14:paraId="347225BB" w14:textId="77777777" w:rsidR="00DA6135" w:rsidRDefault="00000000">
            <w:r>
              <w:t>/villages/images/</w:t>
            </w:r>
          </w:p>
        </w:tc>
        <w:tc>
          <w:tcPr>
            <w:tcW w:w="3400" w:type="dxa"/>
          </w:tcPr>
          <w:p w14:paraId="1A1E46E2" w14:textId="77777777" w:rsidR="00DA6135" w:rsidRDefault="00000000">
            <w:r>
              <w:t>Village maps and photos</w:t>
            </w:r>
          </w:p>
        </w:tc>
      </w:tr>
    </w:tbl>
    <w:p w14:paraId="7EAF8CC4" w14:textId="77777777" w:rsidR="00DA6135" w:rsidRDefault="00000000">
      <w:pPr>
        <w:pStyle w:val="Heading2"/>
      </w:pPr>
      <w:r>
        <w:t>6.1 Example: a membership PDF</w:t>
      </w:r>
    </w:p>
    <w:p w14:paraId="2FB824B4" w14:textId="77777777" w:rsidR="00DA6135" w:rsidRDefault="00000000">
      <w:pPr>
        <w:pStyle w:val="CodeBlock"/>
        <w:shd w:val="clear" w:color="auto" w:fill="F3F3F3"/>
      </w:pPr>
      <w:r>
        <w:br/>
        <w:t>Repository:</w:t>
      </w:r>
      <w:r>
        <w:br/>
        <w:t>docs/.vuepress/public/contact/membership-2028.pdf</w:t>
      </w:r>
      <w:r>
        <w:br/>
      </w:r>
      <w:r>
        <w:br/>
        <w:t>Published URL:</w:t>
      </w:r>
      <w:r>
        <w:br/>
        <w:t>https://tungjung.nz/contact/membership-2028.pdf</w:t>
      </w:r>
    </w:p>
    <w:p w14:paraId="4664DDA4" w14:textId="77777777" w:rsidR="00DA6135" w:rsidRDefault="00000000">
      <w:pPr>
        <w:pStyle w:val="Heading2"/>
      </w:pPr>
      <w:r>
        <w:t>6.2 Example: a newsletter</w:t>
      </w:r>
    </w:p>
    <w:p w14:paraId="2697A4A9" w14:textId="77777777" w:rsidR="00DA6135" w:rsidRDefault="00000000">
      <w:pPr>
        <w:pStyle w:val="CodeBlock"/>
        <w:shd w:val="clear" w:color="auto" w:fill="F3F3F3"/>
      </w:pPr>
      <w:r>
        <w:br/>
        <w:t>Repository:</w:t>
      </w:r>
      <w:r>
        <w:br/>
        <w:t>docs/.vuepress/public/newsletters/assets/Winter_2026_issue.pdf</w:t>
      </w:r>
      <w:r>
        <w:br/>
      </w:r>
      <w:r>
        <w:br/>
        <w:t>Published URL:</w:t>
      </w:r>
      <w:r>
        <w:br/>
        <w:t>https://tungjung.nz/newsletters/assets/Winter_2026_issue.pdf</w:t>
      </w:r>
    </w:p>
    <w:p w14:paraId="2294B732" w14:textId="77777777" w:rsidR="00DA6135" w:rsidRDefault="00000000">
      <w:pPr>
        <w:pStyle w:val="Heading2"/>
      </w:pPr>
      <w:r>
        <w:t>6.3 Example: a shared image</w:t>
      </w:r>
    </w:p>
    <w:p w14:paraId="3E44BDCC" w14:textId="77777777" w:rsidR="00DA6135" w:rsidRDefault="00000000">
      <w:pPr>
        <w:pStyle w:val="CodeBlock"/>
        <w:shd w:val="clear" w:color="auto" w:fill="F3F3F3"/>
      </w:pPr>
      <w:r>
        <w:br/>
        <w:t>Repository:</w:t>
      </w:r>
      <w:r>
        <w:br/>
        <w:t>docs/.vuepress/public/images/mission-hall.png</w:t>
      </w:r>
      <w:r>
        <w:br/>
      </w:r>
      <w:r>
        <w:br/>
        <w:t>Published URL:</w:t>
      </w:r>
      <w:r>
        <w:br/>
        <w:t>https://tungjung.nz/images/mission-hall.png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148DE69B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6E3223A2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The .vuepress/public directory is source material even though its name contains 'public'. The generated top-level public directory is different and should normally be recreated by the build.</w:t>
            </w:r>
          </w:p>
        </w:tc>
      </w:tr>
    </w:tbl>
    <w:p w14:paraId="22D47964" w14:textId="77777777" w:rsidR="00DA6135" w:rsidRDefault="00000000">
      <w:pPr>
        <w:pStyle w:val="Heading1"/>
      </w:pPr>
      <w:r>
        <w:t>7. What makes the repository large</w:t>
      </w:r>
    </w:p>
    <w:p w14:paraId="4C41A3D4" w14:textId="77777777" w:rsidR="00DA6135" w:rsidRDefault="00000000">
      <w:r>
        <w:t>The website code is small. The size comes mainly from archival PDFs, Word documents and image collections.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A6135" w14:paraId="45CFCD15" w14:textId="77777777">
        <w:trPr>
          <w:cantSplit/>
          <w:jc w:val="center"/>
        </w:trPr>
        <w:tc>
          <w:tcPr>
            <w:tcW w:w="3400" w:type="dxa"/>
            <w:shd w:val="clear" w:color="auto" w:fill="D9EAF7"/>
            <w:vAlign w:val="center"/>
          </w:tcPr>
          <w:p w14:paraId="0D36E631" w14:textId="77777777" w:rsidR="00DA6135" w:rsidRDefault="00000000">
            <w:r>
              <w:rPr>
                <w:b/>
              </w:rPr>
              <w:t>Large example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0E29A80A" w14:textId="77777777" w:rsidR="00DA6135" w:rsidRDefault="00000000">
            <w:r>
              <w:rPr>
                <w:b/>
              </w:rPr>
              <w:t>Approx. size</w:t>
            </w:r>
          </w:p>
        </w:tc>
        <w:tc>
          <w:tcPr>
            <w:tcW w:w="3400" w:type="dxa"/>
            <w:shd w:val="clear" w:color="auto" w:fill="D9EAF7"/>
            <w:vAlign w:val="center"/>
          </w:tcPr>
          <w:p w14:paraId="6F2050FC" w14:textId="77777777" w:rsidR="00DA6135" w:rsidRDefault="00000000">
            <w:r>
              <w:rPr>
                <w:b/>
              </w:rPr>
              <w:t>Category</w:t>
            </w:r>
          </w:p>
        </w:tc>
      </w:tr>
      <w:tr w:rsidR="00DA6135" w14:paraId="4DE02F16" w14:textId="77777777">
        <w:trPr>
          <w:cantSplit/>
          <w:jc w:val="center"/>
        </w:trPr>
        <w:tc>
          <w:tcPr>
            <w:tcW w:w="3400" w:type="dxa"/>
          </w:tcPr>
          <w:p w14:paraId="4FFB6A15" w14:textId="77777777" w:rsidR="00DA6135" w:rsidRDefault="00000000">
            <w:r>
              <w:t>Summer_2025_Issue.pdf</w:t>
            </w:r>
          </w:p>
        </w:tc>
        <w:tc>
          <w:tcPr>
            <w:tcW w:w="3400" w:type="dxa"/>
          </w:tcPr>
          <w:p w14:paraId="7B217E18" w14:textId="77777777" w:rsidR="00DA6135" w:rsidRDefault="00000000">
            <w:r>
              <w:t>about 24.3 MB</w:t>
            </w:r>
          </w:p>
        </w:tc>
        <w:tc>
          <w:tcPr>
            <w:tcW w:w="3400" w:type="dxa"/>
          </w:tcPr>
          <w:p w14:paraId="4EEF5016" w14:textId="77777777" w:rsidR="00DA6135" w:rsidRDefault="00000000">
            <w:r>
              <w:t>Newsletter archive</w:t>
            </w:r>
          </w:p>
        </w:tc>
      </w:tr>
      <w:tr w:rsidR="00DA6135" w14:paraId="329D3D62" w14:textId="77777777">
        <w:trPr>
          <w:cantSplit/>
          <w:jc w:val="center"/>
        </w:trPr>
        <w:tc>
          <w:tcPr>
            <w:tcW w:w="3400" w:type="dxa"/>
          </w:tcPr>
          <w:p w14:paraId="2C7B49B1" w14:textId="77777777" w:rsidR="00DA6135" w:rsidRDefault="00000000">
            <w:r>
              <w:t>Autumn_2025_issue.pdf</w:t>
            </w:r>
          </w:p>
        </w:tc>
        <w:tc>
          <w:tcPr>
            <w:tcW w:w="3400" w:type="dxa"/>
          </w:tcPr>
          <w:p w14:paraId="10C6D7F5" w14:textId="77777777" w:rsidR="00DA6135" w:rsidRDefault="00000000">
            <w:r>
              <w:t>about 18.3 MB</w:t>
            </w:r>
          </w:p>
        </w:tc>
        <w:tc>
          <w:tcPr>
            <w:tcW w:w="3400" w:type="dxa"/>
          </w:tcPr>
          <w:p w14:paraId="37577E83" w14:textId="77777777" w:rsidR="00DA6135" w:rsidRDefault="00000000">
            <w:r>
              <w:t>Newsletter archive</w:t>
            </w:r>
          </w:p>
        </w:tc>
      </w:tr>
      <w:tr w:rsidR="00DA6135" w14:paraId="06DC8D95" w14:textId="77777777">
        <w:trPr>
          <w:cantSplit/>
          <w:jc w:val="center"/>
        </w:trPr>
        <w:tc>
          <w:tcPr>
            <w:tcW w:w="3400" w:type="dxa"/>
          </w:tcPr>
          <w:p w14:paraId="5548B19E" w14:textId="77777777" w:rsidR="00DA6135" w:rsidRDefault="00000000">
            <w:r>
              <w:t>Winter_2026_issue.pdf</w:t>
            </w:r>
          </w:p>
        </w:tc>
        <w:tc>
          <w:tcPr>
            <w:tcW w:w="3400" w:type="dxa"/>
          </w:tcPr>
          <w:p w14:paraId="60D2CC25" w14:textId="77777777" w:rsidR="00DA6135" w:rsidRDefault="00000000">
            <w:r>
              <w:t>about 17.4 MB</w:t>
            </w:r>
          </w:p>
        </w:tc>
        <w:tc>
          <w:tcPr>
            <w:tcW w:w="3400" w:type="dxa"/>
          </w:tcPr>
          <w:p w14:paraId="11EE87CD" w14:textId="77777777" w:rsidR="00DA6135" w:rsidRDefault="00000000">
            <w:r>
              <w:t>Newsletter archive</w:t>
            </w:r>
          </w:p>
        </w:tc>
      </w:tr>
      <w:tr w:rsidR="00DA6135" w14:paraId="5FCB4185" w14:textId="77777777">
        <w:trPr>
          <w:cantSplit/>
          <w:jc w:val="center"/>
        </w:trPr>
        <w:tc>
          <w:tcPr>
            <w:tcW w:w="3400" w:type="dxa"/>
          </w:tcPr>
          <w:p w14:paraId="563032E4" w14:textId="77777777" w:rsidR="00DA6135" w:rsidRDefault="00000000">
            <w:r>
              <w:t>patea-waverley-press-march-2024.pdf</w:t>
            </w:r>
          </w:p>
        </w:tc>
        <w:tc>
          <w:tcPr>
            <w:tcW w:w="3400" w:type="dxa"/>
          </w:tcPr>
          <w:p w14:paraId="121D43A6" w14:textId="77777777" w:rsidR="00DA6135" w:rsidRDefault="00000000">
            <w:r>
              <w:t>about 30.1 MB</w:t>
            </w:r>
          </w:p>
        </w:tc>
        <w:tc>
          <w:tcPr>
            <w:tcW w:w="3400" w:type="dxa"/>
          </w:tcPr>
          <w:p w14:paraId="07B90396" w14:textId="77777777" w:rsidR="00DA6135" w:rsidRDefault="00000000">
            <w:r>
              <w:t>Obituary/archive source</w:t>
            </w:r>
          </w:p>
        </w:tc>
      </w:tr>
      <w:tr w:rsidR="00DA6135" w14:paraId="4820B231" w14:textId="77777777">
        <w:trPr>
          <w:cantSplit/>
          <w:jc w:val="center"/>
        </w:trPr>
        <w:tc>
          <w:tcPr>
            <w:tcW w:w="3400" w:type="dxa"/>
          </w:tcPr>
          <w:p w14:paraId="139D75B8" w14:textId="77777777" w:rsidR="00DA6135" w:rsidRDefault="00000000">
            <w:r>
              <w:t>Wong-Kwok-min_and_Whitely_Wong...docx</w:t>
            </w:r>
          </w:p>
        </w:tc>
        <w:tc>
          <w:tcPr>
            <w:tcW w:w="3400" w:type="dxa"/>
          </w:tcPr>
          <w:p w14:paraId="1AB9C4A0" w14:textId="77777777" w:rsidR="00DA6135" w:rsidRDefault="00000000">
            <w:r>
              <w:t>about 21.4 MB</w:t>
            </w:r>
          </w:p>
        </w:tc>
        <w:tc>
          <w:tcPr>
            <w:tcW w:w="3400" w:type="dxa"/>
          </w:tcPr>
          <w:p w14:paraId="63B8EB1D" w14:textId="77777777" w:rsidR="00DA6135" w:rsidRDefault="00000000">
            <w:r>
              <w:t>People/archive source</w:t>
            </w:r>
          </w:p>
        </w:tc>
      </w:tr>
      <w:tr w:rsidR="00DA6135" w14:paraId="509919B1" w14:textId="77777777">
        <w:trPr>
          <w:cantSplit/>
          <w:jc w:val="center"/>
        </w:trPr>
        <w:tc>
          <w:tcPr>
            <w:tcW w:w="3400" w:type="dxa"/>
          </w:tcPr>
          <w:p w14:paraId="2960E8E7" w14:textId="77777777" w:rsidR="00DA6135" w:rsidRDefault="00000000">
            <w:r>
              <w:t>WBC_Parking.png</w:t>
            </w:r>
          </w:p>
        </w:tc>
        <w:tc>
          <w:tcPr>
            <w:tcW w:w="3400" w:type="dxa"/>
          </w:tcPr>
          <w:p w14:paraId="05D3BD5D" w14:textId="77777777" w:rsidR="00DA6135" w:rsidRDefault="00000000">
            <w:r>
              <w:t>about 5.0 MB</w:t>
            </w:r>
          </w:p>
        </w:tc>
        <w:tc>
          <w:tcPr>
            <w:tcW w:w="3400" w:type="dxa"/>
          </w:tcPr>
          <w:p w14:paraId="27144B4A" w14:textId="77777777" w:rsidR="00DA6135" w:rsidRDefault="00000000">
            <w:r>
              <w:t>Games asset</w:t>
            </w:r>
          </w:p>
        </w:tc>
      </w:tr>
    </w:tbl>
    <w:p w14:paraId="1C7B83E7" w14:textId="77777777" w:rsidR="00DA6135" w:rsidRDefault="00000000">
      <w:r>
        <w:t>This explains why a source-code ZIP can be hundreds of megabytes even though the VuePress configuration and Markdown are small.</w:t>
      </w:r>
    </w:p>
    <w:p w14:paraId="497FFE46" w14:textId="77777777" w:rsidR="00DA6135" w:rsidRDefault="00000000">
      <w:pPr>
        <w:pStyle w:val="Heading1"/>
      </w:pPr>
      <w:r>
        <w:t>8. Files outside docs/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DA6135" w14:paraId="3D8628C8" w14:textId="77777777">
        <w:trPr>
          <w:cantSplit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4E4A9699" w14:textId="77777777" w:rsidR="00DA6135" w:rsidRDefault="00000000">
            <w:r>
              <w:rPr>
                <w:b/>
              </w:rPr>
              <w:t>File</w:t>
            </w:r>
          </w:p>
        </w:tc>
        <w:tc>
          <w:tcPr>
            <w:tcW w:w="5100" w:type="dxa"/>
            <w:shd w:val="clear" w:color="auto" w:fill="D9EAF7"/>
            <w:vAlign w:val="center"/>
          </w:tcPr>
          <w:p w14:paraId="1E805D40" w14:textId="77777777" w:rsidR="00DA6135" w:rsidRDefault="00000000">
            <w:r>
              <w:rPr>
                <w:b/>
              </w:rPr>
              <w:t>Role</w:t>
            </w:r>
          </w:p>
        </w:tc>
      </w:tr>
      <w:tr w:rsidR="00DA6135" w14:paraId="6246F735" w14:textId="77777777">
        <w:trPr>
          <w:cantSplit/>
          <w:jc w:val="center"/>
        </w:trPr>
        <w:tc>
          <w:tcPr>
            <w:tcW w:w="5100" w:type="dxa"/>
          </w:tcPr>
          <w:p w14:paraId="5ED753E6" w14:textId="77777777" w:rsidR="00DA6135" w:rsidRDefault="00000000">
            <w:r>
              <w:t>.gitlab-ci.yml</w:t>
            </w:r>
          </w:p>
        </w:tc>
        <w:tc>
          <w:tcPr>
            <w:tcW w:w="5100" w:type="dxa"/>
          </w:tcPr>
          <w:p w14:paraId="05BA9731" w14:textId="77777777" w:rsidR="00DA6135" w:rsidRDefault="00000000">
            <w:r>
              <w:t>GitLab CI/CD pipeline: install, build and publish.</w:t>
            </w:r>
          </w:p>
        </w:tc>
      </w:tr>
      <w:tr w:rsidR="00DA6135" w14:paraId="2F5B00D0" w14:textId="77777777">
        <w:trPr>
          <w:cantSplit/>
          <w:jc w:val="center"/>
        </w:trPr>
        <w:tc>
          <w:tcPr>
            <w:tcW w:w="5100" w:type="dxa"/>
          </w:tcPr>
          <w:p w14:paraId="5786A63C" w14:textId="77777777" w:rsidR="00DA6135" w:rsidRDefault="00000000">
            <w:r>
              <w:t>package.json</w:t>
            </w:r>
          </w:p>
        </w:tc>
        <w:tc>
          <w:tcPr>
            <w:tcW w:w="5100" w:type="dxa"/>
          </w:tcPr>
          <w:p w14:paraId="63A440E8" w14:textId="77777777" w:rsidR="00DA6135" w:rsidRDefault="00000000">
            <w:r>
              <w:t>Defines scripts such as docs:build and Node package dependencies.</w:t>
            </w:r>
          </w:p>
        </w:tc>
      </w:tr>
      <w:tr w:rsidR="00DA6135" w14:paraId="3F0DD816" w14:textId="77777777">
        <w:trPr>
          <w:cantSplit/>
          <w:jc w:val="center"/>
        </w:trPr>
        <w:tc>
          <w:tcPr>
            <w:tcW w:w="5100" w:type="dxa"/>
          </w:tcPr>
          <w:p w14:paraId="513B010E" w14:textId="77777777" w:rsidR="00DA6135" w:rsidRDefault="00000000">
            <w:r>
              <w:t>yarn.lock</w:t>
            </w:r>
          </w:p>
        </w:tc>
        <w:tc>
          <w:tcPr>
            <w:tcW w:w="5100" w:type="dxa"/>
          </w:tcPr>
          <w:p w14:paraId="5FA45997" w14:textId="77777777" w:rsidR="00DA6135" w:rsidRDefault="00000000">
            <w:r>
              <w:t>Pins exact package versions for reproducible builds.</w:t>
            </w:r>
          </w:p>
        </w:tc>
      </w:tr>
      <w:tr w:rsidR="00DA6135" w14:paraId="54CE70C9" w14:textId="77777777">
        <w:trPr>
          <w:cantSplit/>
          <w:jc w:val="center"/>
        </w:trPr>
        <w:tc>
          <w:tcPr>
            <w:tcW w:w="5100" w:type="dxa"/>
          </w:tcPr>
          <w:p w14:paraId="1127A2DB" w14:textId="77777777" w:rsidR="00DA6135" w:rsidRDefault="00000000">
            <w:r>
              <w:t>README.md</w:t>
            </w:r>
          </w:p>
        </w:tc>
        <w:tc>
          <w:tcPr>
            <w:tcW w:w="5100" w:type="dxa"/>
          </w:tcPr>
          <w:p w14:paraId="389F5D63" w14:textId="77777777" w:rsidR="00DA6135" w:rsidRDefault="00000000">
            <w:r>
              <w:t>Repository-level notes; not the website homepage.</w:t>
            </w:r>
          </w:p>
        </w:tc>
      </w:tr>
      <w:tr w:rsidR="00DA6135" w14:paraId="257B01EE" w14:textId="77777777">
        <w:trPr>
          <w:cantSplit/>
          <w:jc w:val="center"/>
        </w:trPr>
        <w:tc>
          <w:tcPr>
            <w:tcW w:w="5100" w:type="dxa"/>
          </w:tcPr>
          <w:p w14:paraId="0EC9B659" w14:textId="77777777" w:rsidR="00DA6135" w:rsidRDefault="00000000">
            <w:r>
              <w:t>scripts/README.md</w:t>
            </w:r>
          </w:p>
        </w:tc>
        <w:tc>
          <w:tcPr>
            <w:tcW w:w="5100" w:type="dxa"/>
          </w:tcPr>
          <w:p w14:paraId="6B653A50" w14:textId="77777777" w:rsidR="00DA6135" w:rsidRDefault="00000000">
            <w:r>
              <w:t>Notes for maintenance scripts.</w:t>
            </w:r>
          </w:p>
        </w:tc>
      </w:tr>
      <w:tr w:rsidR="00DA6135" w14:paraId="1DC44DBB" w14:textId="77777777">
        <w:trPr>
          <w:cantSplit/>
          <w:jc w:val="center"/>
        </w:trPr>
        <w:tc>
          <w:tcPr>
            <w:tcW w:w="5100" w:type="dxa"/>
          </w:tcPr>
          <w:p w14:paraId="7B05CC77" w14:textId="77777777" w:rsidR="00DA6135" w:rsidRDefault="00000000">
            <w:r>
              <w:t>scripts/build-tj-portraits.reb</w:t>
            </w:r>
          </w:p>
        </w:tc>
        <w:tc>
          <w:tcPr>
            <w:tcW w:w="5100" w:type="dxa"/>
          </w:tcPr>
          <w:p w14:paraId="2881FC99" w14:textId="77777777" w:rsidR="00DA6135" w:rsidRDefault="00000000">
            <w:r>
              <w:t>Portrait-building utility.</w:t>
            </w:r>
          </w:p>
        </w:tc>
      </w:tr>
      <w:tr w:rsidR="00DA6135" w14:paraId="238B6D4D" w14:textId="77777777">
        <w:trPr>
          <w:cantSplit/>
          <w:jc w:val="center"/>
        </w:trPr>
        <w:tc>
          <w:tcPr>
            <w:tcW w:w="5100" w:type="dxa"/>
          </w:tcPr>
          <w:p w14:paraId="0EE6B1BD" w14:textId="77777777" w:rsidR="00DA6135" w:rsidRDefault="00000000">
            <w:r>
              <w:t>scripts/create-pdf-tables.reb</w:t>
            </w:r>
          </w:p>
        </w:tc>
        <w:tc>
          <w:tcPr>
            <w:tcW w:w="5100" w:type="dxa"/>
          </w:tcPr>
          <w:p w14:paraId="433D58FB" w14:textId="77777777" w:rsidR="00DA6135" w:rsidRDefault="00000000">
            <w:r>
              <w:t>PDF table-generation utility.</w:t>
            </w:r>
          </w:p>
        </w:tc>
      </w:tr>
      <w:tr w:rsidR="00DA6135" w14:paraId="74B9E20D" w14:textId="77777777">
        <w:trPr>
          <w:cantSplit/>
          <w:jc w:val="center"/>
        </w:trPr>
        <w:tc>
          <w:tcPr>
            <w:tcW w:w="5100" w:type="dxa"/>
          </w:tcPr>
          <w:p w14:paraId="36ECEDD4" w14:textId="77777777" w:rsidR="00DA6135" w:rsidRDefault="00000000">
            <w:r>
              <w:lastRenderedPageBreak/>
              <w:t>scripts/grab-tj-graves.reb</w:t>
            </w:r>
          </w:p>
        </w:tc>
        <w:tc>
          <w:tcPr>
            <w:tcW w:w="5100" w:type="dxa"/>
          </w:tcPr>
          <w:p w14:paraId="3A6CA31A" w14:textId="77777777" w:rsidR="00DA6135" w:rsidRDefault="00000000">
            <w:r>
              <w:t>Grave data utility.</w:t>
            </w:r>
          </w:p>
        </w:tc>
      </w:tr>
      <w:tr w:rsidR="00DA6135" w14:paraId="55E67C47" w14:textId="77777777">
        <w:trPr>
          <w:cantSplit/>
          <w:jc w:val="center"/>
        </w:trPr>
        <w:tc>
          <w:tcPr>
            <w:tcW w:w="5100" w:type="dxa"/>
          </w:tcPr>
          <w:p w14:paraId="1A22031D" w14:textId="77777777" w:rsidR="00DA6135" w:rsidRDefault="00000000">
            <w:r>
              <w:t>scripts/grab-tj-pdfs.reb</w:t>
            </w:r>
          </w:p>
        </w:tc>
        <w:tc>
          <w:tcPr>
            <w:tcW w:w="5100" w:type="dxa"/>
          </w:tcPr>
          <w:p w14:paraId="25DE22B7" w14:textId="77777777" w:rsidR="00DA6135" w:rsidRDefault="00000000">
            <w:r>
              <w:t>PDF retrieval/processing utility.</w:t>
            </w:r>
          </w:p>
        </w:tc>
      </w:tr>
      <w:tr w:rsidR="00DA6135" w14:paraId="7A21BBAB" w14:textId="77777777">
        <w:trPr>
          <w:cantSplit/>
          <w:jc w:val="center"/>
        </w:trPr>
        <w:tc>
          <w:tcPr>
            <w:tcW w:w="5100" w:type="dxa"/>
          </w:tcPr>
          <w:p w14:paraId="063A99AC" w14:textId="77777777" w:rsidR="00DA6135" w:rsidRDefault="00000000">
            <w:r>
              <w:t>scripts/grab-tj-portraits.reb</w:t>
            </w:r>
          </w:p>
        </w:tc>
        <w:tc>
          <w:tcPr>
            <w:tcW w:w="5100" w:type="dxa"/>
          </w:tcPr>
          <w:p w14:paraId="112601DA" w14:textId="77777777" w:rsidR="00DA6135" w:rsidRDefault="00000000">
            <w:r>
              <w:t>Portrait retrieval/processing utility.</w:t>
            </w:r>
          </w:p>
        </w:tc>
      </w:tr>
    </w:tbl>
    <w:p w14:paraId="7B298727" w14:textId="77777777" w:rsidR="00DA6135" w:rsidRDefault="00000000">
      <w:pPr>
        <w:pStyle w:val="Heading1"/>
      </w:pPr>
      <w:r>
        <w:t>9. Build and deployment flow</w:t>
      </w:r>
    </w:p>
    <w:p w14:paraId="0332E313" w14:textId="77777777" w:rsidR="00DA6135" w:rsidRDefault="00000000">
      <w:pPr>
        <w:pStyle w:val="CodeBlock"/>
        <w:shd w:val="clear" w:color="auto" w:fill="F3F3F3"/>
      </w:pPr>
      <w:r>
        <w:br/>
        <w:t>GitLab checks out repository</w:t>
      </w:r>
      <w:r>
        <w:br/>
        <w:t xml:space="preserve">        |</w:t>
      </w:r>
      <w:r>
        <w:br/>
        <w:t xml:space="preserve">        v</w:t>
      </w:r>
      <w:r>
        <w:br/>
        <w:t>yarn install</w:t>
      </w:r>
      <w:r>
        <w:br/>
        <w:t xml:space="preserve">        |</w:t>
      </w:r>
      <w:r>
        <w:br/>
        <w:t xml:space="preserve">        v</w:t>
      </w:r>
      <w:r>
        <w:br/>
        <w:t>yarn docs:build</w:t>
      </w:r>
      <w:r>
        <w:br/>
        <w:t xml:space="preserve">        |</w:t>
      </w:r>
      <w:r>
        <w:br/>
        <w:t xml:space="preserve">        +-- reads docs/*.md</w:t>
      </w:r>
      <w:r>
        <w:br/>
        <w:t xml:space="preserve">        +-- reads docs/.vuepress/config.js</w:t>
      </w:r>
      <w:r>
        <w:br/>
        <w:t xml:space="preserve">        +-- compiles docs/.vuepress/components/*.vue</w:t>
      </w:r>
      <w:r>
        <w:br/>
        <w:t xml:space="preserve">        +-- copies docs/.vuepress/public/**</w:t>
      </w:r>
      <w:r>
        <w:br/>
        <w:t xml:space="preserve">        |</w:t>
      </w:r>
      <w:r>
        <w:br/>
        <w:t xml:space="preserve">        v</w:t>
      </w:r>
      <w:r>
        <w:br/>
        <w:t>top-level public/</w:t>
      </w:r>
      <w:r>
        <w:br/>
        <w:t xml:space="preserve">        |</w:t>
      </w:r>
      <w:r>
        <w:br/>
        <w:t xml:space="preserve">        +-- index.html</w:t>
      </w:r>
      <w:r>
        <w:br/>
        <w:t xml:space="preserve">        +-- about/index.html</w:t>
      </w:r>
      <w:r>
        <w:br/>
        <w:t xml:space="preserve">        +-- assets/css/...</w:t>
      </w:r>
      <w:r>
        <w:br/>
        <w:t xml:space="preserve">        +-- assets/js/...</w:t>
      </w:r>
      <w:r>
        <w:br/>
        <w:t xml:space="preserve">        +-- copied PDFs/images/forms</w:t>
      </w:r>
      <w:r>
        <w:br/>
        <w:t xml:space="preserve">        |</w:t>
      </w:r>
      <w:r>
        <w:br/>
        <w:t xml:space="preserve">        v</w:t>
      </w:r>
      <w:r>
        <w:br/>
        <w:t>GitLab Pages publishes public/</w:t>
      </w:r>
      <w:r>
        <w:br/>
        <w:t xml:space="preserve">        |</w:t>
      </w:r>
      <w:r>
        <w:br/>
        <w:t xml:space="preserve">        v</w:t>
      </w:r>
      <w:r>
        <w:br/>
        <w:t>tungjung.nz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30706DC6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523E05C6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A pipeline can appear successful on old VuePress even after a server-rendering error. Add an explicit test for public/index.html so the deployment fails loudly if the homepage was not produced.</w:t>
            </w:r>
          </w:p>
        </w:tc>
      </w:tr>
    </w:tbl>
    <w:p w14:paraId="64302489" w14:textId="77777777" w:rsidR="00DA6135" w:rsidRDefault="00000000">
      <w:pPr>
        <w:pStyle w:val="Heading1"/>
      </w:pPr>
      <w:r>
        <w:lastRenderedPageBreak/>
        <w:t>10. Recommended .gitlab-ci.yml checks</w:t>
      </w:r>
    </w:p>
    <w:p w14:paraId="25F69348" w14:textId="77777777" w:rsidR="00DA6135" w:rsidRDefault="00000000">
      <w:pPr>
        <w:pStyle w:val="CodeBlock"/>
        <w:shd w:val="clear" w:color="auto" w:fill="F3F3F3"/>
      </w:pPr>
      <w:r>
        <w:t>image: node:13.5.0</w:t>
      </w:r>
      <w:r>
        <w:br/>
      </w:r>
      <w:r>
        <w:br/>
        <w:t>pages:</w:t>
      </w:r>
      <w:r>
        <w:br/>
        <w:t xml:space="preserve">  cache:</w:t>
      </w:r>
      <w:r>
        <w:br/>
        <w:t xml:space="preserve">    paths:</w:t>
      </w:r>
      <w:r>
        <w:br/>
        <w:t xml:space="preserve">      - node_modules/</w:t>
      </w:r>
      <w:r>
        <w:br/>
      </w:r>
      <w:r>
        <w:br/>
        <w:t xml:space="preserve">  script:</w:t>
      </w:r>
      <w:r>
        <w:br/>
        <w:t xml:space="preserve">    - yarn install</w:t>
      </w:r>
      <w:r>
        <w:br/>
        <w:t xml:space="preserve">    - echo "=== REPOSITORY FILES ===" &gt; website-map.txt</w:t>
      </w:r>
      <w:r>
        <w:br/>
        <w:t xml:space="preserve">    - git ls-files | sort &gt;&gt; website-map.txt</w:t>
      </w:r>
      <w:r>
        <w:br/>
        <w:t xml:space="preserve">    - echo "" &gt;&gt; website-map.txt</w:t>
      </w:r>
      <w:r>
        <w:br/>
        <w:t xml:space="preserve">    - echo "=== DOCS FILES WITH SIZES ===" &gt;&gt; website-map.txt</w:t>
      </w:r>
      <w:r>
        <w:br/>
        <w:t xml:space="preserve">    - find docs -type f -printf "%10s  %p\n" | sort -k2 &gt;&gt; website-map.txt</w:t>
      </w:r>
      <w:r>
        <w:br/>
        <w:t xml:space="preserve">    - yarn docs:build</w:t>
      </w:r>
      <w:r>
        <w:br/>
        <w:t xml:space="preserve">    - test -s public/index.html</w:t>
      </w:r>
      <w:r>
        <w:br/>
      </w:r>
      <w:r>
        <w:br/>
        <w:t xml:space="preserve">  artifacts:</w:t>
      </w:r>
      <w:r>
        <w:br/>
        <w:t xml:space="preserve">    paths:</w:t>
      </w:r>
      <w:r>
        <w:br/>
        <w:t xml:space="preserve">      - public</w:t>
      </w:r>
      <w:r>
        <w:br/>
        <w:t xml:space="preserve">      - website-map.txt</w:t>
      </w:r>
      <w:r>
        <w:br/>
      </w:r>
      <w:r>
        <w:br/>
        <w:t xml:space="preserve">  only:</w:t>
      </w:r>
      <w:r>
        <w:br/>
        <w:t xml:space="preserve">    - master</w:t>
      </w:r>
    </w:p>
    <w:p w14:paraId="7F7D0021" w14:textId="77777777" w:rsidR="00DA6135" w:rsidRDefault="00000000">
      <w:r>
        <w:t>The website-map.txt artifact is a small, current inventory of the source repository. It is useful for documentation and recovery without downloading the full repository ZIP.</w:t>
      </w:r>
    </w:p>
    <w:p w14:paraId="797ADD0F" w14:textId="77777777" w:rsidR="00DA6135" w:rsidRDefault="00000000">
      <w:pPr>
        <w:pStyle w:val="Heading1"/>
      </w:pPr>
      <w:r>
        <w:t>11. Editing workflow</w:t>
      </w:r>
    </w:p>
    <w:p w14:paraId="797F7804" w14:textId="77777777" w:rsidR="00DA6135" w:rsidRDefault="00000000">
      <w:pPr>
        <w:spacing w:after="50"/>
        <w:ind w:left="425" w:hanging="283"/>
      </w:pPr>
      <w:r>
        <w:t>1. Find the page or asset in GitLab.</w:t>
      </w:r>
    </w:p>
    <w:p w14:paraId="2A2C1D20" w14:textId="77777777" w:rsidR="00DA6135" w:rsidRDefault="00000000">
      <w:pPr>
        <w:spacing w:after="50"/>
        <w:ind w:left="425" w:hanging="283"/>
      </w:pPr>
      <w:r>
        <w:t>2. For ordinary page text, edit the relevant Markdown file under docs/.</w:t>
      </w:r>
    </w:p>
    <w:p w14:paraId="79662F36" w14:textId="77777777" w:rsidR="00DA6135" w:rsidRDefault="00000000">
      <w:pPr>
        <w:spacing w:after="50"/>
        <w:ind w:left="425" w:hanging="283"/>
      </w:pPr>
      <w:r>
        <w:t>3. For menu or sidebar changes, edit docs/.vuepress/config.js.</w:t>
      </w:r>
    </w:p>
    <w:p w14:paraId="602E1B9B" w14:textId="77777777" w:rsidR="00DA6135" w:rsidRDefault="00000000">
      <w:pPr>
        <w:spacing w:after="50"/>
        <w:ind w:left="425" w:hanging="283"/>
      </w:pPr>
      <w:r>
        <w:t>4. For a PDF/image/form that must keep its filename and URL, replace or add it under docs/.vuepress/public/ in the appropriate folder.</w:t>
      </w:r>
    </w:p>
    <w:p w14:paraId="63E60636" w14:textId="77777777" w:rsidR="00DA6135" w:rsidRDefault="00000000">
      <w:pPr>
        <w:spacing w:after="50"/>
        <w:ind w:left="425" w:hanging="283"/>
      </w:pPr>
      <w:r>
        <w:t>5. Commit the change to the deployment branch.</w:t>
      </w:r>
    </w:p>
    <w:p w14:paraId="0A893DF5" w14:textId="77777777" w:rsidR="00DA6135" w:rsidRDefault="00000000">
      <w:pPr>
        <w:spacing w:after="50"/>
        <w:ind w:left="425" w:hanging="283"/>
      </w:pPr>
      <w:r>
        <w:t>6. Watch the pipeline. Check that public/index.html is produced.</w:t>
      </w:r>
    </w:p>
    <w:p w14:paraId="4E1A888A" w14:textId="77777777" w:rsidR="00DA6135" w:rsidRDefault="00000000">
      <w:pPr>
        <w:spacing w:after="50"/>
        <w:ind w:left="425" w:hanging="283"/>
      </w:pPr>
      <w:r>
        <w:t>7. Open the live page and test any new download or image.</w:t>
      </w:r>
    </w:p>
    <w:p w14:paraId="6AF4FA3C" w14:textId="77777777" w:rsidR="00DA6135" w:rsidRDefault="00000000">
      <w:pPr>
        <w:pStyle w:val="Heading1"/>
      </w:pPr>
      <w:r>
        <w:t>12. Adding a new page</w:t>
      </w:r>
    </w:p>
    <w:p w14:paraId="5330C369" w14:textId="77777777" w:rsidR="00DA6135" w:rsidRDefault="00000000">
      <w:r>
        <w:t>Example: add a new heritage page under History.</w:t>
      </w:r>
    </w:p>
    <w:p w14:paraId="10C5777A" w14:textId="77777777" w:rsidR="00DA6135" w:rsidRDefault="00000000">
      <w:pPr>
        <w:pStyle w:val="CodeBlock"/>
        <w:shd w:val="clear" w:color="auto" w:fill="F3F3F3"/>
      </w:pPr>
      <w:r>
        <w:lastRenderedPageBreak/>
        <w:br/>
        <w:t>1. Create:</w:t>
      </w:r>
      <w:r>
        <w:br/>
        <w:t xml:space="preserve">   docs/history/mission-hall.md</w:t>
      </w:r>
      <w:r>
        <w:br/>
      </w:r>
      <w:r>
        <w:br/>
        <w:t>2. Put the Markdown content in that file.</w:t>
      </w:r>
      <w:r>
        <w:br/>
      </w:r>
      <w:r>
        <w:br/>
        <w:t>3. If it needs an image:</w:t>
      </w:r>
      <w:r>
        <w:br/>
        <w:t xml:space="preserve">   docs/.vuepress/public/history/images/mission-hall.jpg</w:t>
      </w:r>
      <w:r>
        <w:br/>
      </w:r>
      <w:r>
        <w:br/>
        <w:t>4. In Markdown, reference:</w:t>
      </w:r>
      <w:r>
        <w:br/>
        <w:t xml:space="preserve">   /history/images/mission-hall.jpg</w:t>
      </w:r>
      <w:r>
        <w:br/>
      </w:r>
      <w:r>
        <w:br/>
        <w:t>5. If it should appear in navigation/sidebar:</w:t>
      </w:r>
      <w:r>
        <w:br/>
        <w:t xml:space="preserve">   add /history/mission-hall to docs/.vuepress/config.js</w:t>
      </w:r>
      <w:r>
        <w:br/>
      </w:r>
      <w:r>
        <w:br/>
        <w:t>6. Commit and let GitLab build the site.</w:t>
      </w:r>
    </w:p>
    <w:p w14:paraId="02853F1E" w14:textId="77777777" w:rsidR="00DA6135" w:rsidRDefault="00000000">
      <w:pPr>
        <w:pStyle w:val="Heading1"/>
      </w:pPr>
      <w:r>
        <w:t>13. Adding a new PDF or form</w:t>
      </w:r>
    </w:p>
    <w:p w14:paraId="4CD3136D" w14:textId="77777777" w:rsidR="00DA6135" w:rsidRDefault="00000000">
      <w:r>
        <w:t>Example: add a 2029 membership form.</w:t>
      </w:r>
    </w:p>
    <w:p w14:paraId="589D18E9" w14:textId="77777777" w:rsidR="00DA6135" w:rsidRDefault="00000000">
      <w:pPr>
        <w:pStyle w:val="CodeBlock"/>
        <w:shd w:val="clear" w:color="auto" w:fill="F3F3F3"/>
      </w:pPr>
      <w:r>
        <w:br/>
        <w:t>Repository:</w:t>
      </w:r>
      <w:r>
        <w:br/>
        <w:t>docs/.vuepress/public/contact/membership-2029.pdf</w:t>
      </w:r>
      <w:r>
        <w:br/>
      </w:r>
      <w:r>
        <w:br/>
        <w:t>Link from Markdown:</w:t>
      </w:r>
      <w:r>
        <w:br/>
        <w:t>[Membership form 2029](/contact/membership-2029.pdf)</w:t>
      </w:r>
      <w:r>
        <w:br/>
      </w:r>
      <w:r>
        <w:br/>
        <w:t>Published URL:</w:t>
      </w:r>
      <w:r>
        <w:br/>
        <w:t>https://tungjung.nz/contact/membership-2029.pdf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0AD1F981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1DD18B19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Do not put downloadable source PDFs in the generated top-level public directory by hand. They will disappear or be overwritten on the next build.</w:t>
            </w:r>
          </w:p>
        </w:tc>
      </w:tr>
    </w:tbl>
    <w:p w14:paraId="345D7EEA" w14:textId="77777777" w:rsidR="00DA6135" w:rsidRDefault="00000000">
      <w:pPr>
        <w:pStyle w:val="Heading1"/>
      </w:pPr>
      <w:r>
        <w:t>14. DNS and custom domain summary</w:t>
      </w:r>
    </w:p>
    <w:p w14:paraId="01DAA191" w14:textId="77777777" w:rsidR="00DA6135" w:rsidRDefault="00000000">
      <w:pPr>
        <w:pStyle w:val="ListBullet"/>
        <w:spacing w:after="30"/>
      </w:pPr>
      <w:r>
        <w:t>GitLab Pages project contains the custom domain(s).</w:t>
      </w:r>
    </w:p>
    <w:p w14:paraId="3B74E0E3" w14:textId="77777777" w:rsidR="00DA6135" w:rsidRDefault="00000000">
      <w:pPr>
        <w:pStyle w:val="ListBullet"/>
        <w:spacing w:after="30"/>
      </w:pPr>
      <w:r>
        <w:t>The root domain normally points by A record to GitLab Pages.</w:t>
      </w:r>
    </w:p>
    <w:p w14:paraId="0DE43A90" w14:textId="77777777" w:rsidR="00DA6135" w:rsidRDefault="00000000">
      <w:pPr>
        <w:pStyle w:val="ListBullet"/>
        <w:spacing w:after="30"/>
      </w:pPr>
      <w:r>
        <w:t>www can point by CNAME to the GitLab Pages hostname.</w:t>
      </w:r>
    </w:p>
    <w:p w14:paraId="07A7657B" w14:textId="77777777" w:rsidR="00DA6135" w:rsidRDefault="00000000">
      <w:pPr>
        <w:pStyle w:val="ListBullet"/>
        <w:spacing w:after="30"/>
      </w:pPr>
      <w:r>
        <w:t>Each domain has its own GitLab verification TXT record.</w:t>
      </w:r>
    </w:p>
    <w:p w14:paraId="3BECD7E1" w14:textId="77777777" w:rsidR="00DA6135" w:rsidRDefault="00000000">
      <w:pPr>
        <w:pStyle w:val="ListBullet"/>
        <w:spacing w:after="30"/>
      </w:pPr>
      <w:r>
        <w:t>Keep verification TXT records after verification.</w:t>
      </w:r>
    </w:p>
    <w:p w14:paraId="0822B56C" w14:textId="77777777" w:rsidR="00DA6135" w:rsidRDefault="00000000">
      <w:pPr>
        <w:pStyle w:val="ListBullet"/>
        <w:spacing w:after="30"/>
      </w:pPr>
      <w:r>
        <w:t>Use base: '/' when the finished site is served at the root of tungjung.nz.</w:t>
      </w:r>
    </w:p>
    <w:p w14:paraId="3696AC2E" w14:textId="77777777" w:rsidR="00DA6135" w:rsidRDefault="00000000">
      <w:pPr>
        <w:pStyle w:val="ListBullet"/>
        <w:spacing w:after="30"/>
      </w:pPr>
      <w:r>
        <w:t>Automatic Let's Encrypt management can issue and renew HTTPS certificates.</w:t>
      </w:r>
    </w:p>
    <w:p w14:paraId="4D58202D" w14:textId="77777777" w:rsidR="00DA6135" w:rsidRDefault="00000000">
      <w:pPr>
        <w:pStyle w:val="Heading1"/>
      </w:pPr>
      <w:r>
        <w:t>15. Handover and disaster recovery</w:t>
      </w:r>
    </w:p>
    <w:p w14:paraId="48D7326B" w14:textId="77777777" w:rsidR="00DA6135" w:rsidRDefault="00000000">
      <w:pPr>
        <w:spacing w:after="50"/>
        <w:ind w:left="425" w:hanging="283"/>
      </w:pPr>
      <w:r>
        <w:t>1. At least two people should have Maintainer/Owner access.</w:t>
      </w:r>
    </w:p>
    <w:p w14:paraId="02B60512" w14:textId="77777777" w:rsidR="00DA6135" w:rsidRDefault="00000000">
      <w:pPr>
        <w:spacing w:after="50"/>
        <w:ind w:left="425" w:hanging="283"/>
      </w:pPr>
      <w:r>
        <w:t>2. At least two independent local clones should exist.</w:t>
      </w:r>
    </w:p>
    <w:p w14:paraId="1BED40FC" w14:textId="77777777" w:rsidR="00DA6135" w:rsidRDefault="00000000">
      <w:pPr>
        <w:spacing w:after="50"/>
        <w:ind w:left="425" w:hanging="283"/>
      </w:pPr>
      <w:r>
        <w:t>3. Before a webmaster leaves, another person must clone and test the repository.</w:t>
      </w:r>
    </w:p>
    <w:p w14:paraId="77E2B4ED" w14:textId="77777777" w:rsidR="00DA6135" w:rsidRDefault="00000000">
      <w:pPr>
        <w:spacing w:after="50"/>
        <w:ind w:left="425" w:hanging="283"/>
      </w:pPr>
      <w:r>
        <w:t>4. Do not delete the project when someone leaves.</w:t>
      </w:r>
    </w:p>
    <w:p w14:paraId="4F43CD7A" w14:textId="77777777" w:rsidR="00DA6135" w:rsidRDefault="00000000">
      <w:pPr>
        <w:spacing w:after="50"/>
        <w:ind w:left="425" w:hanging="283"/>
      </w:pPr>
      <w:r>
        <w:t>5. Keep a periodic git bundle or source ZIP away from GitLab.</w:t>
      </w:r>
    </w:p>
    <w:p w14:paraId="772E9204" w14:textId="77777777" w:rsidR="00DA6135" w:rsidRDefault="00000000">
      <w:pPr>
        <w:spacing w:after="50"/>
        <w:ind w:left="425" w:hanging="283"/>
      </w:pPr>
      <w:r>
        <w:t>6. Keep the small website-map.txt inventory as an additional structural record.</w:t>
      </w:r>
    </w:p>
    <w:p w14:paraId="50A49558" w14:textId="77777777" w:rsidR="00DA6135" w:rsidRDefault="00000000">
      <w:pPr>
        <w:pStyle w:val="CodeBlock"/>
        <w:shd w:val="clear" w:color="auto" w:fill="F3F3F3"/>
      </w:pPr>
      <w:r>
        <w:lastRenderedPageBreak/>
        <w:br/>
        <w:t>Local clone:</w:t>
      </w:r>
      <w:r>
        <w:br/>
        <w:t>git clone https://gitlab.com/&lt;namespace&gt;/&lt;project&gt;.git</w:t>
      </w:r>
      <w:r>
        <w:br/>
      </w:r>
      <w:r>
        <w:br/>
        <w:t>Update:</w:t>
      </w:r>
      <w:r>
        <w:br/>
        <w:t>git pull</w:t>
      </w:r>
      <w:r>
        <w:br/>
      </w:r>
      <w:r>
        <w:br/>
        <w:t>Complete portable Git backup:</w:t>
      </w:r>
      <w:r>
        <w:br/>
        <w:t>git bundle create tungjung-website.bundle --all</w:t>
      </w:r>
    </w:p>
    <w:p w14:paraId="55022E67" w14:textId="77777777" w:rsidR="00DA6135" w:rsidRDefault="00000000">
      <w:pPr>
        <w:pStyle w:val="Heading1"/>
      </w:pPr>
      <w:r>
        <w:t>16. If the GitLab repository disappears</w:t>
      </w:r>
    </w:p>
    <w:p w14:paraId="4FBB12AA" w14:textId="77777777" w:rsidR="00DA6135" w:rsidRDefault="00000000">
      <w:pPr>
        <w:spacing w:after="50"/>
        <w:ind w:left="425" w:hanging="283"/>
      </w:pPr>
      <w:r>
        <w:t>1. Look for any local Git clone first. A normal clone usually contains the full repository history needed to recreate the project.</w:t>
      </w:r>
    </w:p>
    <w:p w14:paraId="56C7D727" w14:textId="77777777" w:rsidR="00DA6135" w:rsidRDefault="00000000">
      <w:pPr>
        <w:spacing w:after="50"/>
        <w:ind w:left="425" w:hanging="283"/>
      </w:pPr>
      <w:r>
        <w:t>2. Create a new empty GitLab project and push the clone to it.</w:t>
      </w:r>
    </w:p>
    <w:p w14:paraId="4B95D360" w14:textId="77777777" w:rsidR="00DA6135" w:rsidRDefault="00000000">
      <w:pPr>
        <w:spacing w:after="50"/>
        <w:ind w:left="425" w:hanging="283"/>
      </w:pPr>
      <w:r>
        <w:t>3. If no clone exists, recover static content from backups and the Wayback Machine.</w:t>
      </w:r>
    </w:p>
    <w:p w14:paraId="4DDAEC68" w14:textId="77777777" w:rsidR="00DA6135" w:rsidRDefault="00000000">
      <w:pPr>
        <w:spacing w:after="50"/>
        <w:ind w:left="425" w:hanging="283"/>
      </w:pPr>
      <w:r>
        <w:t>4. Use a related known-working VuePress repository as the framework if necessary.</w:t>
      </w:r>
    </w:p>
    <w:p w14:paraId="62AC2626" w14:textId="77777777" w:rsidR="00DA6135" w:rsidRDefault="00000000">
      <w:pPr>
        <w:spacing w:after="50"/>
        <w:ind w:left="425" w:hanging="283"/>
      </w:pPr>
      <w:r>
        <w:t>5. Restore docs/.vuepress/public archive assets, then Markdown source, then config.js.</w:t>
      </w:r>
    </w:p>
    <w:p w14:paraId="01406DE1" w14:textId="77777777" w:rsidR="00DA6135" w:rsidRDefault="00000000">
      <w:pPr>
        <w:spacing w:after="50"/>
        <w:ind w:left="425" w:hanging="283"/>
      </w:pPr>
      <w:r>
        <w:t>6. Make the site build successfully on GitLab Pages before changing DNS.</w:t>
      </w:r>
    </w:p>
    <w:p w14:paraId="1FC3FDB3" w14:textId="77777777" w:rsidR="00DA6135" w:rsidRDefault="00000000">
      <w:pPr>
        <w:spacing w:after="50"/>
        <w:ind w:left="425" w:hanging="283"/>
      </w:pPr>
      <w:r>
        <w:t>7. After recovery, create new independent clones immediately.</w:t>
      </w:r>
    </w:p>
    <w:p w14:paraId="3CE86EE8" w14:textId="77777777" w:rsidR="00DA6135" w:rsidRDefault="00000000">
      <w:pPr>
        <w:pStyle w:val="Heading1"/>
      </w:pPr>
      <w:r>
        <w:t>17. Troubleshooting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DA6135" w14:paraId="15FBBDC8" w14:textId="77777777">
        <w:trPr>
          <w:cantSplit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BF38612" w14:textId="77777777" w:rsidR="00DA6135" w:rsidRDefault="00000000">
            <w:r>
              <w:rPr>
                <w:b/>
              </w:rPr>
              <w:t>Symptom</w:t>
            </w:r>
          </w:p>
        </w:tc>
        <w:tc>
          <w:tcPr>
            <w:tcW w:w="5100" w:type="dxa"/>
            <w:shd w:val="clear" w:color="auto" w:fill="D9EAF7"/>
            <w:vAlign w:val="center"/>
          </w:tcPr>
          <w:p w14:paraId="086B4326" w14:textId="77777777" w:rsidR="00DA6135" w:rsidRDefault="00000000">
            <w:r>
              <w:rPr>
                <w:b/>
              </w:rPr>
              <w:t>First check</w:t>
            </w:r>
          </w:p>
        </w:tc>
      </w:tr>
      <w:tr w:rsidR="00DA6135" w14:paraId="407E6D23" w14:textId="77777777">
        <w:trPr>
          <w:cantSplit/>
          <w:jc w:val="center"/>
        </w:trPr>
        <w:tc>
          <w:tcPr>
            <w:tcW w:w="5100" w:type="dxa"/>
          </w:tcPr>
          <w:p w14:paraId="75AC653D" w14:textId="77777777" w:rsidR="00DA6135" w:rsidRDefault="00000000">
            <w:r>
              <w:t>404 at /</w:t>
            </w:r>
          </w:p>
        </w:tc>
        <w:tc>
          <w:tcPr>
            <w:tcW w:w="5100" w:type="dxa"/>
          </w:tcPr>
          <w:p w14:paraId="71B4CF37" w14:textId="77777777" w:rsidR="00DA6135" w:rsidRDefault="00000000">
            <w:r>
              <w:t>Check the build artifact for public/index.html. If absent, the static render failed.</w:t>
            </w:r>
          </w:p>
        </w:tc>
      </w:tr>
      <w:tr w:rsidR="00DA6135" w14:paraId="1AFCA876" w14:textId="77777777">
        <w:trPr>
          <w:cantSplit/>
          <w:jc w:val="center"/>
        </w:trPr>
        <w:tc>
          <w:tcPr>
            <w:tcW w:w="5100" w:type="dxa"/>
          </w:tcPr>
          <w:p w14:paraId="4D2DB0CE" w14:textId="77777777" w:rsidR="00DA6135" w:rsidRDefault="00000000">
            <w:r>
              <w:t>Pipeline says success but no HTML</w:t>
            </w:r>
          </w:p>
        </w:tc>
        <w:tc>
          <w:tcPr>
            <w:tcW w:w="5100" w:type="dxa"/>
          </w:tcPr>
          <w:p w14:paraId="6CE4A78C" w14:textId="77777777" w:rsidR="00DA6135" w:rsidRDefault="00000000">
            <w:r>
              <w:t>Inspect the VuePress log for 'Error rendering /'. Add test -s public/index.html.</w:t>
            </w:r>
          </w:p>
        </w:tc>
      </w:tr>
      <w:tr w:rsidR="00DA6135" w14:paraId="35D96A4B" w14:textId="77777777">
        <w:trPr>
          <w:cantSplit/>
          <w:jc w:val="center"/>
        </w:trPr>
        <w:tc>
          <w:tcPr>
            <w:tcW w:w="5100" w:type="dxa"/>
          </w:tcPr>
          <w:p w14:paraId="69D7816B" w14:textId="77777777" w:rsidR="00DA6135" w:rsidRDefault="00000000">
            <w:r>
              <w:t>Error rendering /; getHash or match undefined</w:t>
            </w:r>
          </w:p>
        </w:tc>
        <w:tc>
          <w:tcPr>
            <w:tcW w:w="5100" w:type="dxa"/>
          </w:tcPr>
          <w:p w14:paraId="0B8CDBD0" w14:textId="77777777" w:rsidR="00DA6135" w:rsidRDefault="00000000">
            <w:r>
              <w:t>Look for stale/missing sidebar routes in config.js.</w:t>
            </w:r>
          </w:p>
        </w:tc>
      </w:tr>
      <w:tr w:rsidR="00DA6135" w14:paraId="46BA87BB" w14:textId="77777777">
        <w:trPr>
          <w:cantSplit/>
          <w:jc w:val="center"/>
        </w:trPr>
        <w:tc>
          <w:tcPr>
            <w:tcW w:w="5100" w:type="dxa"/>
          </w:tcPr>
          <w:p w14:paraId="70CF8DC5" w14:textId="77777777" w:rsidR="00DA6135" w:rsidRDefault="00000000">
            <w:r>
              <w:t>HTML loads without CSS</w:t>
            </w:r>
          </w:p>
        </w:tc>
        <w:tc>
          <w:tcPr>
            <w:tcW w:w="5100" w:type="dxa"/>
          </w:tcPr>
          <w:p w14:paraId="657EA631" w14:textId="77777777" w:rsidR="00DA6135" w:rsidRDefault="00000000">
            <w:r>
              <w:t>Check VuePress base and generated /assets/... URLs.</w:t>
            </w:r>
          </w:p>
        </w:tc>
      </w:tr>
      <w:tr w:rsidR="00DA6135" w14:paraId="33E7AFC7" w14:textId="77777777">
        <w:trPr>
          <w:cantSplit/>
          <w:jc w:val="center"/>
        </w:trPr>
        <w:tc>
          <w:tcPr>
            <w:tcW w:w="5100" w:type="dxa"/>
          </w:tcPr>
          <w:p w14:paraId="7CF5FA48" w14:textId="77777777" w:rsidR="00DA6135" w:rsidRDefault="00000000">
            <w:r>
              <w:t>Image/PDF 404s</w:t>
            </w:r>
          </w:p>
        </w:tc>
        <w:tc>
          <w:tcPr>
            <w:tcW w:w="5100" w:type="dxa"/>
          </w:tcPr>
          <w:p w14:paraId="038F84D6" w14:textId="77777777" w:rsidR="00DA6135" w:rsidRDefault="00000000">
            <w:r>
              <w:t>Confirm the source file is under docs/.vuepress/public at the URL-equivalent path.</w:t>
            </w:r>
          </w:p>
        </w:tc>
      </w:tr>
      <w:tr w:rsidR="00DA6135" w14:paraId="0C002026" w14:textId="77777777">
        <w:trPr>
          <w:cantSplit/>
          <w:jc w:val="center"/>
        </w:trPr>
        <w:tc>
          <w:tcPr>
            <w:tcW w:w="5100" w:type="dxa"/>
          </w:tcPr>
          <w:p w14:paraId="5A4F3B4F" w14:textId="77777777" w:rsidR="00DA6135" w:rsidRDefault="00000000">
            <w:r>
              <w:t>Changing public/index.html has no lasting effect</w:t>
            </w:r>
          </w:p>
        </w:tc>
        <w:tc>
          <w:tcPr>
            <w:tcW w:w="5100" w:type="dxa"/>
          </w:tcPr>
          <w:p w14:paraId="2CA3339F" w14:textId="77777777" w:rsidR="00DA6135" w:rsidRDefault="00000000">
            <w:r>
              <w:t>You edited generated output; change the Markdown/config/static source instead.</w:t>
            </w:r>
          </w:p>
        </w:tc>
      </w:tr>
      <w:tr w:rsidR="00DA6135" w14:paraId="49D30B41" w14:textId="77777777">
        <w:trPr>
          <w:cantSplit/>
          <w:jc w:val="center"/>
        </w:trPr>
        <w:tc>
          <w:tcPr>
            <w:tcW w:w="5100" w:type="dxa"/>
          </w:tcPr>
          <w:p w14:paraId="7BDE0CEB" w14:textId="77777777" w:rsidR="00DA6135" w:rsidRDefault="00000000">
            <w:r>
              <w:t>Repository download is huge</w:t>
            </w:r>
          </w:p>
        </w:tc>
        <w:tc>
          <w:tcPr>
            <w:tcW w:w="5100" w:type="dxa"/>
          </w:tcPr>
          <w:p w14:paraId="10A29FA4" w14:textId="77777777" w:rsidR="00DA6135" w:rsidRDefault="00000000">
            <w:r>
              <w:t>Large archive assets are included; use website-map.txt for structural documentation.</w:t>
            </w:r>
          </w:p>
        </w:tc>
      </w:tr>
      <w:tr w:rsidR="00DA6135" w14:paraId="4D76611E" w14:textId="77777777">
        <w:trPr>
          <w:cantSplit/>
          <w:jc w:val="center"/>
        </w:trPr>
        <w:tc>
          <w:tcPr>
            <w:tcW w:w="5100" w:type="dxa"/>
          </w:tcPr>
          <w:p w14:paraId="40638AB0" w14:textId="77777777" w:rsidR="00DA6135" w:rsidRDefault="00000000">
            <w:r>
              <w:t>Domain verifies but site not reachable</w:t>
            </w:r>
          </w:p>
        </w:tc>
        <w:tc>
          <w:tcPr>
            <w:tcW w:w="5100" w:type="dxa"/>
          </w:tcPr>
          <w:p w14:paraId="45CC661E" w14:textId="77777777" w:rsidR="00DA6135" w:rsidRDefault="00000000">
            <w:r>
              <w:t>Check GitLab Pages domain, DNS A/CNAME, certificate state and current deployment.</w:t>
            </w:r>
          </w:p>
        </w:tc>
      </w:tr>
    </w:tbl>
    <w:p w14:paraId="51789C08" w14:textId="77777777" w:rsidR="00DA6135" w:rsidRDefault="00000000">
      <w:pPr>
        <w:pStyle w:val="Heading1"/>
      </w:pPr>
      <w:r>
        <w:t>18. What not to delete</w:t>
      </w:r>
    </w:p>
    <w:p w14:paraId="1B06BA79" w14:textId="77777777" w:rsidR="00DA6135" w:rsidRDefault="00000000">
      <w:pPr>
        <w:pStyle w:val="ListBullet"/>
        <w:spacing w:after="30"/>
      </w:pPr>
      <w:r>
        <w:t>.gitlab-ci.yml</w:t>
      </w:r>
    </w:p>
    <w:p w14:paraId="6C2C6615" w14:textId="77777777" w:rsidR="00DA6135" w:rsidRDefault="00000000">
      <w:pPr>
        <w:pStyle w:val="ListBullet"/>
        <w:spacing w:after="30"/>
      </w:pPr>
      <w:r>
        <w:t>package.json</w:t>
      </w:r>
    </w:p>
    <w:p w14:paraId="7E552152" w14:textId="77777777" w:rsidR="00DA6135" w:rsidRDefault="00000000">
      <w:pPr>
        <w:pStyle w:val="ListBullet"/>
        <w:spacing w:after="30"/>
      </w:pPr>
      <w:r>
        <w:t>yarn.lock</w:t>
      </w:r>
    </w:p>
    <w:p w14:paraId="22EC43FF" w14:textId="77777777" w:rsidR="00DA6135" w:rsidRDefault="00000000">
      <w:pPr>
        <w:pStyle w:val="ListBullet"/>
        <w:spacing w:after="30"/>
      </w:pPr>
      <w:r>
        <w:t>docs/.vuepress/config.js</w:t>
      </w:r>
    </w:p>
    <w:p w14:paraId="5CF95531" w14:textId="77777777" w:rsidR="00DA6135" w:rsidRDefault="00000000">
      <w:pPr>
        <w:pStyle w:val="ListBullet"/>
        <w:spacing w:after="30"/>
      </w:pPr>
      <w:r>
        <w:t>docs/.vuepress/components/</w:t>
      </w:r>
    </w:p>
    <w:p w14:paraId="6446248C" w14:textId="77777777" w:rsidR="00DA6135" w:rsidRDefault="00000000">
      <w:pPr>
        <w:pStyle w:val="ListBullet"/>
        <w:spacing w:after="30"/>
      </w:pPr>
      <w:r>
        <w:t>docs/.vuepress/public/</w:t>
      </w:r>
    </w:p>
    <w:p w14:paraId="71F4F057" w14:textId="77777777" w:rsidR="00DA6135" w:rsidRDefault="00000000">
      <w:pPr>
        <w:pStyle w:val="ListBullet"/>
        <w:spacing w:after="30"/>
      </w:pPr>
      <w:r>
        <w:t>docs/ Markdown files</w:t>
      </w:r>
    </w:p>
    <w:p w14:paraId="5CB51F82" w14:textId="77777777" w:rsidR="00DA6135" w:rsidRDefault="00000000">
      <w:pPr>
        <w:pStyle w:val="ListBullet"/>
        <w:spacing w:after="30"/>
      </w:pPr>
      <w:r>
        <w:t>the Git repository itself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DA6135" w14:paraId="65B293C7" w14:textId="77777777">
        <w:trPr>
          <w:cantSplit/>
          <w:jc w:val="center"/>
        </w:trPr>
        <w:tc>
          <w:tcPr>
            <w:tcW w:w="10200" w:type="dxa"/>
            <w:shd w:val="clear" w:color="auto" w:fill="FFF2CC"/>
          </w:tcPr>
          <w:p w14:paraId="2B869944" w14:textId="77777777" w:rsidR="00DA6135" w:rsidRDefault="00000000">
            <w:pPr>
              <w:spacing w:after="0"/>
            </w:pPr>
            <w:r>
              <w:rPr>
                <w:b/>
              </w:rPr>
              <w:t xml:space="preserve">Note: </w:t>
            </w:r>
            <w:r>
              <w:t>.gitkeep files can look pointless, but they deliberately keep otherwise-empty directories in Git. They are generally harmless.</w:t>
            </w:r>
          </w:p>
        </w:tc>
      </w:tr>
    </w:tbl>
    <w:p w14:paraId="0EDC1D7A" w14:textId="77777777" w:rsidR="00DA6135" w:rsidRDefault="00000000">
      <w:pPr>
        <w:pStyle w:val="Heading1"/>
      </w:pPr>
      <w:r>
        <w:lastRenderedPageBreak/>
        <w:t>19. Suggested cleanup, without changing behaviour</w:t>
      </w:r>
    </w:p>
    <w:p w14:paraId="2D637F2E" w14:textId="77777777" w:rsidR="00DA6135" w:rsidRDefault="00000000">
      <w:pPr>
        <w:pStyle w:val="ListBullet"/>
        <w:spacing w:after="30"/>
      </w:pPr>
      <w:r>
        <w:t>Consolidate duplicate thumbnails only after checking every reference.</w:t>
      </w:r>
    </w:p>
    <w:p w14:paraId="5D12C17B" w14:textId="77777777" w:rsidR="00DA6135" w:rsidRDefault="00000000">
      <w:pPr>
        <w:pStyle w:val="ListBullet"/>
        <w:spacing w:after="30"/>
      </w:pPr>
      <w:r>
        <w:t>Review duplicate membership PDFs under committee and contact before removing anything.</w:t>
      </w:r>
    </w:p>
    <w:p w14:paraId="3395673F" w14:textId="77777777" w:rsidR="00DA6135" w:rsidRDefault="00000000">
      <w:pPr>
        <w:pStyle w:val="ListBullet"/>
        <w:spacing w:after="30"/>
      </w:pPr>
      <w:r>
        <w:t>Consider moving very large archival binaries to Git LFS or a separate archival store only as a planned migration, not during routine maintenance.</w:t>
      </w:r>
    </w:p>
    <w:p w14:paraId="05A6B462" w14:textId="77777777" w:rsidR="00DA6135" w:rsidRDefault="00000000">
      <w:pPr>
        <w:pStyle w:val="ListBullet"/>
        <w:spacing w:after="30"/>
      </w:pPr>
      <w:r>
        <w:t>Keep historic pages that still have archival value; remove them from navigation rather than deleting them merely because they are old.</w:t>
      </w:r>
    </w:p>
    <w:p w14:paraId="6762B491" w14:textId="77777777" w:rsidR="00DA6135" w:rsidRDefault="00000000">
      <w:pPr>
        <w:pStyle w:val="ListBullet"/>
        <w:spacing w:after="30"/>
      </w:pPr>
      <w:r>
        <w:t>Do dependency upgrades separately from content recovery or DNS changes.</w:t>
      </w:r>
    </w:p>
    <w:p w14:paraId="50B61BE1" w14:textId="77777777" w:rsidR="00DA6135" w:rsidRDefault="00000000">
      <w:pPr>
        <w:pStyle w:val="Heading1"/>
      </w:pPr>
      <w:r>
        <w:t>20. Quick reference: where do I put this?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DA6135" w14:paraId="2D6215F6" w14:textId="77777777">
        <w:trPr>
          <w:cantSplit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75587495" w14:textId="77777777" w:rsidR="00DA6135" w:rsidRDefault="00000000">
            <w:r>
              <w:rPr>
                <w:b/>
              </w:rPr>
              <w:t>I want to change/add...</w:t>
            </w:r>
          </w:p>
        </w:tc>
        <w:tc>
          <w:tcPr>
            <w:tcW w:w="5100" w:type="dxa"/>
            <w:shd w:val="clear" w:color="auto" w:fill="D9EAF7"/>
            <w:vAlign w:val="center"/>
          </w:tcPr>
          <w:p w14:paraId="5D7D5CE8" w14:textId="77777777" w:rsidR="00DA6135" w:rsidRDefault="00000000">
            <w:r>
              <w:rPr>
                <w:b/>
              </w:rPr>
              <w:t>Put it here</w:t>
            </w:r>
          </w:p>
        </w:tc>
      </w:tr>
      <w:tr w:rsidR="00DA6135" w14:paraId="25A6263F" w14:textId="77777777">
        <w:trPr>
          <w:cantSplit/>
          <w:jc w:val="center"/>
        </w:trPr>
        <w:tc>
          <w:tcPr>
            <w:tcW w:w="5100" w:type="dxa"/>
          </w:tcPr>
          <w:p w14:paraId="26F14480" w14:textId="77777777" w:rsidR="00DA6135" w:rsidRDefault="00000000">
            <w:r>
              <w:t>Homepage text</w:t>
            </w:r>
          </w:p>
        </w:tc>
        <w:tc>
          <w:tcPr>
            <w:tcW w:w="5100" w:type="dxa"/>
          </w:tcPr>
          <w:p w14:paraId="10DDBCF1" w14:textId="77777777" w:rsidR="00DA6135" w:rsidRDefault="00000000">
            <w:r>
              <w:t>docs/README.md</w:t>
            </w:r>
          </w:p>
        </w:tc>
      </w:tr>
      <w:tr w:rsidR="00DA6135" w14:paraId="2F88CDAE" w14:textId="77777777">
        <w:trPr>
          <w:cantSplit/>
          <w:jc w:val="center"/>
        </w:trPr>
        <w:tc>
          <w:tcPr>
            <w:tcW w:w="5100" w:type="dxa"/>
          </w:tcPr>
          <w:p w14:paraId="7215F74E" w14:textId="77777777" w:rsidR="00DA6135" w:rsidRDefault="00000000">
            <w:r>
              <w:t>About page text</w:t>
            </w:r>
          </w:p>
        </w:tc>
        <w:tc>
          <w:tcPr>
            <w:tcW w:w="5100" w:type="dxa"/>
          </w:tcPr>
          <w:p w14:paraId="4FBD62EC" w14:textId="77777777" w:rsidR="00DA6135" w:rsidRDefault="00000000">
            <w:r>
              <w:t>docs/about/README.md</w:t>
            </w:r>
          </w:p>
        </w:tc>
      </w:tr>
      <w:tr w:rsidR="00DA6135" w14:paraId="1C3CE0EE" w14:textId="77777777">
        <w:trPr>
          <w:cantSplit/>
          <w:jc w:val="center"/>
        </w:trPr>
        <w:tc>
          <w:tcPr>
            <w:tcW w:w="5100" w:type="dxa"/>
          </w:tcPr>
          <w:p w14:paraId="2E474CCD" w14:textId="77777777" w:rsidR="00DA6135" w:rsidRDefault="00000000">
            <w:r>
              <w:t>New ordinary page</w:t>
            </w:r>
          </w:p>
        </w:tc>
        <w:tc>
          <w:tcPr>
            <w:tcW w:w="5100" w:type="dxa"/>
          </w:tcPr>
          <w:p w14:paraId="005A1DFB" w14:textId="77777777" w:rsidR="00DA6135" w:rsidRDefault="00000000">
            <w:r>
              <w:t>docs/&lt;section&gt;/&lt;name&gt;.md</w:t>
            </w:r>
          </w:p>
        </w:tc>
      </w:tr>
      <w:tr w:rsidR="00DA6135" w14:paraId="01C6CEBE" w14:textId="77777777">
        <w:trPr>
          <w:cantSplit/>
          <w:jc w:val="center"/>
        </w:trPr>
        <w:tc>
          <w:tcPr>
            <w:tcW w:w="5100" w:type="dxa"/>
          </w:tcPr>
          <w:p w14:paraId="668DCD85" w14:textId="77777777" w:rsidR="00DA6135" w:rsidRDefault="00000000">
            <w:r>
              <w:t>Navigation/sidebar</w:t>
            </w:r>
          </w:p>
        </w:tc>
        <w:tc>
          <w:tcPr>
            <w:tcW w:w="5100" w:type="dxa"/>
          </w:tcPr>
          <w:p w14:paraId="69126558" w14:textId="77777777" w:rsidR="00DA6135" w:rsidRDefault="00000000">
            <w:r>
              <w:t>docs/.vuepress/config.js</w:t>
            </w:r>
          </w:p>
        </w:tc>
      </w:tr>
      <w:tr w:rsidR="00DA6135" w14:paraId="3AE90695" w14:textId="77777777">
        <w:trPr>
          <w:cantSplit/>
          <w:jc w:val="center"/>
        </w:trPr>
        <w:tc>
          <w:tcPr>
            <w:tcW w:w="5100" w:type="dxa"/>
          </w:tcPr>
          <w:p w14:paraId="42F60678" w14:textId="77777777" w:rsidR="00DA6135" w:rsidRDefault="00000000">
            <w:r>
              <w:t>Custom Vue widget</w:t>
            </w:r>
          </w:p>
        </w:tc>
        <w:tc>
          <w:tcPr>
            <w:tcW w:w="5100" w:type="dxa"/>
          </w:tcPr>
          <w:p w14:paraId="73631351" w14:textId="77777777" w:rsidR="00DA6135" w:rsidRDefault="00000000">
            <w:r>
              <w:t>docs/.vuepress/components/&lt;name&gt;.vue</w:t>
            </w:r>
          </w:p>
        </w:tc>
      </w:tr>
      <w:tr w:rsidR="00DA6135" w14:paraId="17E8B7B0" w14:textId="77777777">
        <w:trPr>
          <w:cantSplit/>
          <w:jc w:val="center"/>
        </w:trPr>
        <w:tc>
          <w:tcPr>
            <w:tcW w:w="5100" w:type="dxa"/>
          </w:tcPr>
          <w:p w14:paraId="18AE5B39" w14:textId="77777777" w:rsidR="00DA6135" w:rsidRDefault="00000000">
            <w:r>
              <w:t>General image</w:t>
            </w:r>
          </w:p>
        </w:tc>
        <w:tc>
          <w:tcPr>
            <w:tcW w:w="5100" w:type="dxa"/>
          </w:tcPr>
          <w:p w14:paraId="73EE4C0E" w14:textId="77777777" w:rsidR="00DA6135" w:rsidRDefault="00000000">
            <w:r>
              <w:t>docs/.vuepress/public/images/</w:t>
            </w:r>
          </w:p>
        </w:tc>
      </w:tr>
      <w:tr w:rsidR="00DA6135" w14:paraId="5729066C" w14:textId="77777777">
        <w:trPr>
          <w:cantSplit/>
          <w:jc w:val="center"/>
        </w:trPr>
        <w:tc>
          <w:tcPr>
            <w:tcW w:w="5100" w:type="dxa"/>
          </w:tcPr>
          <w:p w14:paraId="55DBA57D" w14:textId="77777777" w:rsidR="00DA6135" w:rsidRDefault="00000000">
            <w:r>
              <w:t>Section image</w:t>
            </w:r>
          </w:p>
        </w:tc>
        <w:tc>
          <w:tcPr>
            <w:tcW w:w="5100" w:type="dxa"/>
          </w:tcPr>
          <w:p w14:paraId="6668A258" w14:textId="77777777" w:rsidR="00DA6135" w:rsidRDefault="00000000">
            <w:r>
              <w:t>docs/.vuepress/public/&lt;section&gt;/images/ or assets/</w:t>
            </w:r>
          </w:p>
        </w:tc>
      </w:tr>
      <w:tr w:rsidR="00DA6135" w14:paraId="67492452" w14:textId="77777777">
        <w:trPr>
          <w:cantSplit/>
          <w:jc w:val="center"/>
        </w:trPr>
        <w:tc>
          <w:tcPr>
            <w:tcW w:w="5100" w:type="dxa"/>
          </w:tcPr>
          <w:p w14:paraId="5BE8521F" w14:textId="77777777" w:rsidR="00DA6135" w:rsidRDefault="00000000">
            <w:r>
              <w:t>Newsletter PDF</w:t>
            </w:r>
          </w:p>
        </w:tc>
        <w:tc>
          <w:tcPr>
            <w:tcW w:w="5100" w:type="dxa"/>
          </w:tcPr>
          <w:p w14:paraId="7AA356E2" w14:textId="77777777" w:rsidR="00DA6135" w:rsidRDefault="00000000">
            <w:r>
              <w:t>docs/.vuepress/public/newsletters/assets/</w:t>
            </w:r>
          </w:p>
        </w:tc>
      </w:tr>
      <w:tr w:rsidR="00DA6135" w14:paraId="327412C0" w14:textId="77777777">
        <w:trPr>
          <w:cantSplit/>
          <w:jc w:val="center"/>
        </w:trPr>
        <w:tc>
          <w:tcPr>
            <w:tcW w:w="5100" w:type="dxa"/>
          </w:tcPr>
          <w:p w14:paraId="7C034051" w14:textId="77777777" w:rsidR="00DA6135" w:rsidRDefault="00000000">
            <w:r>
              <w:t>Membership PDF</w:t>
            </w:r>
          </w:p>
        </w:tc>
        <w:tc>
          <w:tcPr>
            <w:tcW w:w="5100" w:type="dxa"/>
          </w:tcPr>
          <w:p w14:paraId="23C75E29" w14:textId="77777777" w:rsidR="00DA6135" w:rsidRDefault="00000000">
            <w:r>
              <w:t>docs/.vuepress/public/contact/</w:t>
            </w:r>
          </w:p>
        </w:tc>
      </w:tr>
      <w:tr w:rsidR="00DA6135" w14:paraId="0E8DA29D" w14:textId="77777777">
        <w:trPr>
          <w:cantSplit/>
          <w:jc w:val="center"/>
        </w:trPr>
        <w:tc>
          <w:tcPr>
            <w:tcW w:w="5100" w:type="dxa"/>
          </w:tcPr>
          <w:p w14:paraId="2A003102" w14:textId="77777777" w:rsidR="00DA6135" w:rsidRDefault="00000000">
            <w:r>
              <w:t>Constitution / About download</w:t>
            </w:r>
          </w:p>
        </w:tc>
        <w:tc>
          <w:tcPr>
            <w:tcW w:w="5100" w:type="dxa"/>
          </w:tcPr>
          <w:p w14:paraId="6464EAB9" w14:textId="77777777" w:rsidR="00DA6135" w:rsidRDefault="00000000">
            <w:r>
              <w:t>docs/.vuepress/public/about/assets/</w:t>
            </w:r>
          </w:p>
        </w:tc>
      </w:tr>
      <w:tr w:rsidR="00DA6135" w14:paraId="793B3988" w14:textId="77777777">
        <w:trPr>
          <w:cantSplit/>
          <w:jc w:val="center"/>
        </w:trPr>
        <w:tc>
          <w:tcPr>
            <w:tcW w:w="5100" w:type="dxa"/>
          </w:tcPr>
          <w:p w14:paraId="6AA4079F" w14:textId="77777777" w:rsidR="00DA6135" w:rsidRDefault="00000000">
            <w:r>
              <w:t>Portrait thumbnail</w:t>
            </w:r>
          </w:p>
        </w:tc>
        <w:tc>
          <w:tcPr>
            <w:tcW w:w="5100" w:type="dxa"/>
          </w:tcPr>
          <w:p w14:paraId="31C54D82" w14:textId="77777777" w:rsidR="00DA6135" w:rsidRDefault="00000000">
            <w:r>
              <w:t>docs/.vuepress/public/portraits/assets/</w:t>
            </w:r>
          </w:p>
        </w:tc>
      </w:tr>
      <w:tr w:rsidR="00DA6135" w14:paraId="25A83273" w14:textId="77777777">
        <w:trPr>
          <w:cantSplit/>
          <w:jc w:val="center"/>
        </w:trPr>
        <w:tc>
          <w:tcPr>
            <w:tcW w:w="5100" w:type="dxa"/>
          </w:tcPr>
          <w:p w14:paraId="701B1748" w14:textId="77777777" w:rsidR="00DA6135" w:rsidRDefault="00000000">
            <w:r>
              <w:t>Build instructions</w:t>
            </w:r>
          </w:p>
        </w:tc>
        <w:tc>
          <w:tcPr>
            <w:tcW w:w="5100" w:type="dxa"/>
          </w:tcPr>
          <w:p w14:paraId="5A590F2E" w14:textId="77777777" w:rsidR="00DA6135" w:rsidRDefault="00000000">
            <w:r>
              <w:t>.gitlab-ci.yml</w:t>
            </w:r>
          </w:p>
        </w:tc>
      </w:tr>
      <w:tr w:rsidR="00DA6135" w14:paraId="13F71DCA" w14:textId="77777777">
        <w:trPr>
          <w:cantSplit/>
          <w:jc w:val="center"/>
        </w:trPr>
        <w:tc>
          <w:tcPr>
            <w:tcW w:w="5100" w:type="dxa"/>
          </w:tcPr>
          <w:p w14:paraId="40A43E58" w14:textId="77777777" w:rsidR="00DA6135" w:rsidRDefault="00000000">
            <w:r>
              <w:t>Dependency definitions</w:t>
            </w:r>
          </w:p>
        </w:tc>
        <w:tc>
          <w:tcPr>
            <w:tcW w:w="5100" w:type="dxa"/>
          </w:tcPr>
          <w:p w14:paraId="77F88444" w14:textId="77777777" w:rsidR="00DA6135" w:rsidRDefault="00000000">
            <w:r>
              <w:t>package.json + yarn.lock</w:t>
            </w:r>
          </w:p>
        </w:tc>
      </w:tr>
      <w:tr w:rsidR="00DA6135" w14:paraId="60BC70DE" w14:textId="77777777">
        <w:trPr>
          <w:cantSplit/>
          <w:jc w:val="center"/>
        </w:trPr>
        <w:tc>
          <w:tcPr>
            <w:tcW w:w="5100" w:type="dxa"/>
          </w:tcPr>
          <w:p w14:paraId="0A3E963E" w14:textId="77777777" w:rsidR="00DA6135" w:rsidRDefault="00000000">
            <w:r>
              <w:t>Generated site</w:t>
            </w:r>
          </w:p>
        </w:tc>
        <w:tc>
          <w:tcPr>
            <w:tcW w:w="5100" w:type="dxa"/>
          </w:tcPr>
          <w:p w14:paraId="1E16836B" w14:textId="77777777" w:rsidR="00DA6135" w:rsidRDefault="00000000">
            <w:r>
              <w:t>public/ after build — do not maintain manually</w:t>
            </w:r>
          </w:p>
        </w:tc>
      </w:tr>
    </w:tbl>
    <w:p w14:paraId="3842DC0D" w14:textId="77777777" w:rsidR="0034098C" w:rsidRDefault="0034098C"/>
    <w:sectPr w:rsidR="0034098C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8B8E" w14:textId="77777777" w:rsidR="0034098C" w:rsidRDefault="0034098C">
      <w:pPr>
        <w:spacing w:after="0" w:line="240" w:lineRule="auto"/>
      </w:pPr>
      <w:r>
        <w:separator/>
      </w:r>
    </w:p>
  </w:endnote>
  <w:endnote w:type="continuationSeparator" w:id="0">
    <w:p w14:paraId="1E1031BC" w14:textId="77777777" w:rsidR="0034098C" w:rsidRDefault="0034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E62B" w14:textId="77777777" w:rsidR="00DA6135" w:rsidRDefault="00000000">
    <w:pPr>
      <w:pStyle w:val="Footer"/>
      <w:jc w:val="center"/>
    </w:pPr>
    <w:r>
      <w:rPr>
        <w:color w:val="777777"/>
        <w:sz w:val="16"/>
      </w:rPr>
      <w:t>Updated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8AE6" w14:textId="77777777" w:rsidR="0034098C" w:rsidRDefault="0034098C">
      <w:pPr>
        <w:spacing w:after="0" w:line="240" w:lineRule="auto"/>
      </w:pPr>
      <w:r>
        <w:separator/>
      </w:r>
    </w:p>
  </w:footnote>
  <w:footnote w:type="continuationSeparator" w:id="0">
    <w:p w14:paraId="58CD461D" w14:textId="77777777" w:rsidR="0034098C" w:rsidRDefault="00340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1138" w14:textId="77777777" w:rsidR="00DA6135" w:rsidRDefault="00000000">
    <w:pPr>
      <w:pStyle w:val="Header"/>
      <w:jc w:val="right"/>
    </w:pPr>
    <w:r>
      <w:rPr>
        <w:color w:val="666666"/>
        <w:sz w:val="16"/>
      </w:rPr>
      <w:t>Tung Jung Association Website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996816">
    <w:abstractNumId w:val="8"/>
  </w:num>
  <w:num w:numId="2" w16cid:durableId="210194329">
    <w:abstractNumId w:val="6"/>
  </w:num>
  <w:num w:numId="3" w16cid:durableId="261033207">
    <w:abstractNumId w:val="5"/>
  </w:num>
  <w:num w:numId="4" w16cid:durableId="488642714">
    <w:abstractNumId w:val="4"/>
  </w:num>
  <w:num w:numId="5" w16cid:durableId="1771462346">
    <w:abstractNumId w:val="7"/>
  </w:num>
  <w:num w:numId="6" w16cid:durableId="184944551">
    <w:abstractNumId w:val="3"/>
  </w:num>
  <w:num w:numId="7" w16cid:durableId="1861702453">
    <w:abstractNumId w:val="2"/>
  </w:num>
  <w:num w:numId="8" w16cid:durableId="1868642238">
    <w:abstractNumId w:val="1"/>
  </w:num>
  <w:num w:numId="9" w16cid:durableId="41832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BC5"/>
    <w:rsid w:val="0015074B"/>
    <w:rsid w:val="0029639D"/>
    <w:rsid w:val="00326F90"/>
    <w:rsid w:val="0034098C"/>
    <w:rsid w:val="00AA1D8D"/>
    <w:rsid w:val="00B47730"/>
    <w:rsid w:val="00BD632B"/>
    <w:rsid w:val="00CB0664"/>
    <w:rsid w:val="00DA61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BFA33"/>
  <w14:defaultImageDpi w14:val="300"/>
  <w15:docId w15:val="{3A433E5E-2E06-433D-8BB8-7B326B3E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40" w:after="100"/>
      <w:ind w:left="255" w:right="113"/>
    </w:pPr>
    <w:rPr>
      <w:rFonts w:ascii="Consolas" w:hAnsi="Consolas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Graham Chiu</cp:lastModifiedBy>
  <cp:revision>2</cp:revision>
  <dcterms:created xsi:type="dcterms:W3CDTF">2013-12-23T23:15:00Z</dcterms:created>
  <dcterms:modified xsi:type="dcterms:W3CDTF">2026-08-09T06:34:00Z</dcterms:modified>
  <cp:category/>
</cp:coreProperties>
</file>